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2C624" w14:textId="77777777" w:rsidR="00F83D6D" w:rsidRPr="00DA0943" w:rsidRDefault="00DA0943">
      <w:pPr>
        <w:spacing w:after="20" w:line="240" w:lineRule="auto"/>
        <w:jc w:val="center"/>
        <w:rPr>
          <w:color w:val="auto"/>
          <w:lang w:val="it-IT"/>
        </w:rPr>
      </w:pPr>
      <w:r w:rsidRPr="00DA0943">
        <w:rPr>
          <w:b/>
          <w:color w:val="auto"/>
          <w:sz w:val="20"/>
          <w:lang w:val="it-IT"/>
        </w:rPr>
        <w:t>ALLEGATO A</w:t>
      </w:r>
    </w:p>
    <w:p w14:paraId="5AD80847" w14:textId="77777777" w:rsidR="00F83D6D" w:rsidRPr="00DA0943" w:rsidRDefault="00DA0943">
      <w:pPr>
        <w:spacing w:after="20" w:line="240" w:lineRule="auto"/>
        <w:jc w:val="center"/>
        <w:rPr>
          <w:color w:val="auto"/>
          <w:lang w:val="it-IT"/>
        </w:rPr>
      </w:pPr>
      <w:r w:rsidRPr="00DA0943">
        <w:rPr>
          <w:b/>
          <w:color w:val="auto"/>
          <w:sz w:val="32"/>
          <w:lang w:val="it-IT"/>
        </w:rPr>
        <w:t>DOMANDA DI PARTECIPAZIONE</w:t>
      </w:r>
    </w:p>
    <w:p w14:paraId="2CC26449" w14:textId="77777777" w:rsidR="00F83D6D" w:rsidRDefault="00DA0943">
      <w:pPr>
        <w:spacing w:after="80" w:line="240" w:lineRule="auto"/>
        <w:jc w:val="center"/>
        <w:rPr>
          <w:color w:val="666666"/>
          <w:sz w:val="17"/>
          <w:lang w:val="it-IT"/>
        </w:rPr>
      </w:pPr>
      <w:r w:rsidRPr="002923FB">
        <w:rPr>
          <w:color w:val="666666"/>
          <w:sz w:val="17"/>
          <w:lang w:val="it-IT"/>
        </w:rPr>
        <w:t>Procedura comparativa per n. 19 incarichi di lavoro autonomo</w:t>
      </w:r>
      <w:r w:rsidRPr="002923FB">
        <w:rPr>
          <w:color w:val="666666"/>
          <w:sz w:val="17"/>
          <w:lang w:val="it-IT"/>
        </w:rPr>
        <w:br/>
        <w:t>Progetto PROBEN PRIMA – codice PROBEN2024_0000013 – CUP C53C24001700001</w:t>
      </w:r>
    </w:p>
    <w:p w14:paraId="0DC4EA98" w14:textId="0F4E78B8" w:rsidR="00686332" w:rsidRPr="00DA0943" w:rsidRDefault="00686332" w:rsidP="00686332">
      <w:pPr>
        <w:spacing w:after="0" w:line="240" w:lineRule="auto"/>
        <w:rPr>
          <w:b/>
          <w:color w:val="auto"/>
          <w:lang w:val="it-IT"/>
        </w:rPr>
      </w:pPr>
      <w:r w:rsidRPr="00DA0943">
        <w:rPr>
          <w:b/>
          <w:color w:val="auto"/>
          <w:lang w:val="it-IT"/>
        </w:rPr>
        <w:t xml:space="preserve">SCADENZA: </w:t>
      </w:r>
      <w:r w:rsidRPr="00DA0943">
        <w:rPr>
          <w:b/>
          <w:color w:val="auto"/>
          <w:lang w:val="it-IT"/>
        </w:rPr>
        <w:br/>
        <w:t>ore 12 del 25 agosto 2026</w:t>
      </w:r>
    </w:p>
    <w:p w14:paraId="5AA96895" w14:textId="77777777" w:rsidR="00686332" w:rsidRDefault="00686332" w:rsidP="00686332">
      <w:pPr>
        <w:spacing w:after="80" w:line="240" w:lineRule="auto"/>
        <w:rPr>
          <w:lang w:val="it-IT"/>
        </w:rPr>
      </w:pPr>
    </w:p>
    <w:tbl>
      <w:tblPr>
        <w:tblW w:w="0" w:type="auto"/>
        <w:jc w:val="center"/>
        <w:tblLayout w:type="fixed"/>
        <w:tblLook w:val="04A0" w:firstRow="1" w:lastRow="0" w:firstColumn="1" w:lastColumn="0" w:noHBand="0" w:noVBand="1"/>
      </w:tblPr>
      <w:tblGrid>
        <w:gridCol w:w="9694"/>
      </w:tblGrid>
      <w:tr w:rsidR="00F83D6D" w:rsidRPr="00505691" w14:paraId="3C69810A" w14:textId="77777777">
        <w:trPr>
          <w:cantSplit/>
          <w:jc w:val="center"/>
        </w:trPr>
        <w:tc>
          <w:tcPr>
            <w:tcW w:w="9694" w:type="dxa"/>
            <w:shd w:val="clear" w:color="auto" w:fill="EAF3F8"/>
            <w:tcMar>
              <w:top w:w="90" w:type="dxa"/>
              <w:left w:w="120" w:type="dxa"/>
              <w:bottom w:w="90" w:type="dxa"/>
              <w:right w:w="120" w:type="dxa"/>
            </w:tcMar>
          </w:tcPr>
          <w:p w14:paraId="388E0BDA" w14:textId="77777777" w:rsidR="00F83D6D" w:rsidRPr="00DA0943" w:rsidRDefault="00DA0943">
            <w:pPr>
              <w:spacing w:after="0" w:line="240" w:lineRule="auto"/>
              <w:rPr>
                <w:b/>
                <w:lang w:val="it-IT"/>
              </w:rPr>
            </w:pPr>
            <w:r w:rsidRPr="00DA0943">
              <w:rPr>
                <w:b/>
                <w:color w:val="auto"/>
                <w:lang w:val="it-IT"/>
              </w:rPr>
              <w:t>Al Rettore dell’Università degli Studi di Napoli L’Orientale</w:t>
            </w:r>
            <w:r w:rsidRPr="00DA0943">
              <w:rPr>
                <w:b/>
                <w:color w:val="auto"/>
                <w:lang w:val="it-IT"/>
              </w:rPr>
              <w:br/>
              <w:t>Trasmissione esclusivamente via PEC: ateneo@pec.unior.it</w:t>
            </w:r>
          </w:p>
        </w:tc>
      </w:tr>
    </w:tbl>
    <w:p w14:paraId="3688241E" w14:textId="77777777" w:rsidR="00F83D6D" w:rsidRPr="00DA0943" w:rsidRDefault="00DA0943">
      <w:pPr>
        <w:keepNext/>
        <w:spacing w:before="100" w:after="50" w:line="240" w:lineRule="auto"/>
        <w:rPr>
          <w:color w:val="auto"/>
          <w:lang w:val="it-IT"/>
        </w:rPr>
      </w:pPr>
      <w:r w:rsidRPr="00DA0943">
        <w:rPr>
          <w:b/>
          <w:color w:val="auto"/>
          <w:sz w:val="21"/>
          <w:lang w:val="it-IT"/>
        </w:rPr>
        <w:t>1. Profilo per il quale si presenta domanda</w:t>
      </w:r>
    </w:p>
    <w:p w14:paraId="1FDE5151" w14:textId="77777777" w:rsidR="00F83D6D" w:rsidRPr="00DA0943" w:rsidRDefault="00DA0943">
      <w:pPr>
        <w:spacing w:line="240" w:lineRule="auto"/>
        <w:rPr>
          <w:color w:val="auto"/>
          <w:lang w:val="it-IT"/>
        </w:rPr>
      </w:pPr>
      <w:r w:rsidRPr="00DA0943">
        <w:rPr>
          <w:color w:val="auto"/>
          <w:sz w:val="15"/>
          <w:lang w:val="it-IT"/>
        </w:rPr>
        <w:t>È ammessa la candidatura per un solo profilo. Selezionare una sola casella.</w:t>
      </w:r>
    </w:p>
    <w:p w14:paraId="2EE24FAB"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Profilo A.1 – n. 1 psicoterapeuta esperto in formazione e ricerca in contesti multiculturali</w:t>
      </w:r>
    </w:p>
    <w:p w14:paraId="3B171249"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Profilo A.2 – n. 1 psicoterapeuta esperto in consulenza, supporto psicologico e attività antiviolenza</w:t>
      </w:r>
    </w:p>
    <w:p w14:paraId="7F255913"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Profilo B – n. 5 psicologi</w:t>
      </w:r>
    </w:p>
    <w:p w14:paraId="56D736F2" w14:textId="63BDC9EC"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 xml:space="preserve">Profilo C – n. 5 </w:t>
      </w:r>
      <w:r w:rsidR="00312CB7" w:rsidRPr="00DA0943">
        <w:rPr>
          <w:color w:val="auto"/>
          <w:lang w:val="it-IT"/>
        </w:rPr>
        <w:t>esperti in progettazione educativa e pedagogica</w:t>
      </w:r>
    </w:p>
    <w:p w14:paraId="1963C44C"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Profilo D – n. 7 mediatori linguistico-culturali / esperti in cooperazione internazionale</w:t>
      </w:r>
    </w:p>
    <w:p w14:paraId="236E5E0B" w14:textId="77777777" w:rsidR="00F83D6D" w:rsidRPr="00DA0943" w:rsidRDefault="00DA0943">
      <w:pPr>
        <w:keepNext/>
        <w:spacing w:before="100" w:after="50" w:line="240" w:lineRule="auto"/>
        <w:rPr>
          <w:color w:val="auto"/>
        </w:rPr>
      </w:pPr>
      <w:r w:rsidRPr="00DA0943">
        <w:rPr>
          <w:b/>
          <w:color w:val="auto"/>
          <w:sz w:val="21"/>
        </w:rPr>
        <w:t>2. Dati della persona candidata</w:t>
      </w:r>
    </w:p>
    <w:tbl>
      <w:tblPr>
        <w:tblW w:w="0" w:type="auto"/>
        <w:jc w:val="center"/>
        <w:tblLayout w:type="fixed"/>
        <w:tblLook w:val="04A0" w:firstRow="1" w:lastRow="0" w:firstColumn="1" w:lastColumn="0" w:noHBand="0" w:noVBand="1"/>
      </w:tblPr>
      <w:tblGrid>
        <w:gridCol w:w="2835"/>
        <w:gridCol w:w="6860"/>
      </w:tblGrid>
      <w:tr w:rsidR="00F83D6D" w:rsidRPr="00DA0943" w14:paraId="5F8B2654" w14:textId="77777777">
        <w:trPr>
          <w:cantSplit/>
          <w:jc w:val="center"/>
        </w:trPr>
        <w:tc>
          <w:tcPr>
            <w:tcW w:w="2835" w:type="dxa"/>
            <w:shd w:val="clear" w:color="auto" w:fill="D9EAF7"/>
            <w:tcMar>
              <w:top w:w="70" w:type="dxa"/>
              <w:left w:w="90" w:type="dxa"/>
              <w:bottom w:w="70" w:type="dxa"/>
              <w:right w:w="90" w:type="dxa"/>
            </w:tcMar>
            <w:vAlign w:val="center"/>
          </w:tcPr>
          <w:p w14:paraId="5C1A9BF1" w14:textId="77777777" w:rsidR="00F83D6D" w:rsidRPr="00DA0943" w:rsidRDefault="00DA0943">
            <w:pPr>
              <w:spacing w:after="0" w:line="240" w:lineRule="auto"/>
              <w:rPr>
                <w:color w:val="auto"/>
              </w:rPr>
            </w:pPr>
            <w:r w:rsidRPr="00DA0943">
              <w:rPr>
                <w:b/>
                <w:color w:val="auto"/>
                <w:sz w:val="15"/>
              </w:rPr>
              <w:t>Cognome e nome</w:t>
            </w:r>
          </w:p>
        </w:tc>
        <w:tc>
          <w:tcPr>
            <w:tcW w:w="6860" w:type="dxa"/>
            <w:tcMar>
              <w:top w:w="70" w:type="dxa"/>
              <w:left w:w="90" w:type="dxa"/>
              <w:bottom w:w="70" w:type="dxa"/>
              <w:right w:w="90" w:type="dxa"/>
            </w:tcMar>
            <w:vAlign w:val="center"/>
          </w:tcPr>
          <w:p w14:paraId="03DD657D" w14:textId="77777777" w:rsidR="00F83D6D" w:rsidRPr="00DA0943" w:rsidRDefault="00DA0943">
            <w:pPr>
              <w:spacing w:after="0" w:line="240" w:lineRule="auto"/>
              <w:rPr>
                <w:color w:val="auto"/>
              </w:rPr>
            </w:pPr>
            <w:r w:rsidRPr="00DA0943">
              <w:rPr>
                <w:color w:val="auto"/>
              </w:rPr>
              <w:t>________________________________________________________________________</w:t>
            </w:r>
          </w:p>
        </w:tc>
      </w:tr>
      <w:tr w:rsidR="00F83D6D" w:rsidRPr="00DA0943" w14:paraId="6C8A248B" w14:textId="77777777">
        <w:trPr>
          <w:cantSplit/>
          <w:jc w:val="center"/>
        </w:trPr>
        <w:tc>
          <w:tcPr>
            <w:tcW w:w="2835" w:type="dxa"/>
            <w:shd w:val="clear" w:color="auto" w:fill="D9EAF7"/>
            <w:tcMar>
              <w:top w:w="70" w:type="dxa"/>
              <w:left w:w="90" w:type="dxa"/>
              <w:bottom w:w="70" w:type="dxa"/>
              <w:right w:w="90" w:type="dxa"/>
            </w:tcMar>
            <w:vAlign w:val="center"/>
          </w:tcPr>
          <w:p w14:paraId="784A4E03" w14:textId="77777777" w:rsidR="00F83D6D" w:rsidRPr="00DA0943" w:rsidRDefault="00DA0943">
            <w:pPr>
              <w:spacing w:after="0" w:line="240" w:lineRule="auto"/>
              <w:rPr>
                <w:color w:val="auto"/>
                <w:lang w:val="it-IT"/>
              </w:rPr>
            </w:pPr>
            <w:r w:rsidRPr="00DA0943">
              <w:rPr>
                <w:b/>
                <w:color w:val="auto"/>
                <w:sz w:val="15"/>
                <w:lang w:val="it-IT"/>
              </w:rPr>
              <w:t>Luogo e data di nascita</w:t>
            </w:r>
          </w:p>
        </w:tc>
        <w:tc>
          <w:tcPr>
            <w:tcW w:w="6860" w:type="dxa"/>
            <w:tcMar>
              <w:top w:w="70" w:type="dxa"/>
              <w:left w:w="90" w:type="dxa"/>
              <w:bottom w:w="70" w:type="dxa"/>
              <w:right w:w="90" w:type="dxa"/>
            </w:tcMar>
            <w:vAlign w:val="center"/>
          </w:tcPr>
          <w:p w14:paraId="559FBFB3" w14:textId="77777777" w:rsidR="00F83D6D" w:rsidRPr="00DA0943" w:rsidRDefault="00DA0943">
            <w:pPr>
              <w:spacing w:after="0" w:line="240" w:lineRule="auto"/>
              <w:rPr>
                <w:color w:val="auto"/>
              </w:rPr>
            </w:pPr>
            <w:r w:rsidRPr="00DA0943">
              <w:rPr>
                <w:color w:val="auto"/>
              </w:rPr>
              <w:t>________________________________________________________________________</w:t>
            </w:r>
          </w:p>
        </w:tc>
      </w:tr>
      <w:tr w:rsidR="00F83D6D" w:rsidRPr="00DA0943" w14:paraId="5B8B32A4" w14:textId="77777777">
        <w:trPr>
          <w:cantSplit/>
          <w:jc w:val="center"/>
        </w:trPr>
        <w:tc>
          <w:tcPr>
            <w:tcW w:w="2835" w:type="dxa"/>
            <w:shd w:val="clear" w:color="auto" w:fill="D9EAF7"/>
            <w:tcMar>
              <w:top w:w="70" w:type="dxa"/>
              <w:left w:w="90" w:type="dxa"/>
              <w:bottom w:w="70" w:type="dxa"/>
              <w:right w:w="90" w:type="dxa"/>
            </w:tcMar>
            <w:vAlign w:val="center"/>
          </w:tcPr>
          <w:p w14:paraId="0AA8E5A1" w14:textId="77777777" w:rsidR="00F83D6D" w:rsidRPr="00DA0943" w:rsidRDefault="00DA0943">
            <w:pPr>
              <w:spacing w:after="0" w:line="240" w:lineRule="auto"/>
              <w:rPr>
                <w:color w:val="auto"/>
              </w:rPr>
            </w:pPr>
            <w:r w:rsidRPr="00DA0943">
              <w:rPr>
                <w:b/>
                <w:color w:val="auto"/>
                <w:sz w:val="15"/>
              </w:rPr>
              <w:t>Codice fiscale</w:t>
            </w:r>
          </w:p>
        </w:tc>
        <w:tc>
          <w:tcPr>
            <w:tcW w:w="6860" w:type="dxa"/>
            <w:tcMar>
              <w:top w:w="70" w:type="dxa"/>
              <w:left w:w="90" w:type="dxa"/>
              <w:bottom w:w="70" w:type="dxa"/>
              <w:right w:w="90" w:type="dxa"/>
            </w:tcMar>
            <w:vAlign w:val="center"/>
          </w:tcPr>
          <w:p w14:paraId="0C7E1228" w14:textId="77777777" w:rsidR="00F83D6D" w:rsidRPr="00DA0943" w:rsidRDefault="00DA0943">
            <w:pPr>
              <w:spacing w:after="0" w:line="240" w:lineRule="auto"/>
              <w:rPr>
                <w:color w:val="auto"/>
              </w:rPr>
            </w:pPr>
            <w:r w:rsidRPr="00DA0943">
              <w:rPr>
                <w:color w:val="auto"/>
              </w:rPr>
              <w:t>________________________________________________________________________</w:t>
            </w:r>
          </w:p>
        </w:tc>
      </w:tr>
      <w:tr w:rsidR="00F83D6D" w:rsidRPr="00DA0943" w14:paraId="5829CE4B" w14:textId="77777777">
        <w:trPr>
          <w:cantSplit/>
          <w:jc w:val="center"/>
        </w:trPr>
        <w:tc>
          <w:tcPr>
            <w:tcW w:w="2835" w:type="dxa"/>
            <w:shd w:val="clear" w:color="auto" w:fill="D9EAF7"/>
            <w:tcMar>
              <w:top w:w="70" w:type="dxa"/>
              <w:left w:w="90" w:type="dxa"/>
              <w:bottom w:w="70" w:type="dxa"/>
              <w:right w:w="90" w:type="dxa"/>
            </w:tcMar>
            <w:vAlign w:val="center"/>
          </w:tcPr>
          <w:p w14:paraId="06229A91" w14:textId="77777777" w:rsidR="00F83D6D" w:rsidRPr="00DA0943" w:rsidRDefault="00DA0943">
            <w:pPr>
              <w:spacing w:after="0" w:line="240" w:lineRule="auto"/>
              <w:rPr>
                <w:color w:val="auto"/>
              </w:rPr>
            </w:pPr>
            <w:r w:rsidRPr="00DA0943">
              <w:rPr>
                <w:b/>
                <w:color w:val="auto"/>
                <w:sz w:val="15"/>
              </w:rPr>
              <w:t>Cittadinanza</w:t>
            </w:r>
          </w:p>
        </w:tc>
        <w:tc>
          <w:tcPr>
            <w:tcW w:w="6860" w:type="dxa"/>
            <w:tcMar>
              <w:top w:w="70" w:type="dxa"/>
              <w:left w:w="90" w:type="dxa"/>
              <w:bottom w:w="70" w:type="dxa"/>
              <w:right w:w="90" w:type="dxa"/>
            </w:tcMar>
            <w:vAlign w:val="center"/>
          </w:tcPr>
          <w:p w14:paraId="7890701C" w14:textId="77777777" w:rsidR="00F83D6D" w:rsidRPr="00DA0943" w:rsidRDefault="00DA0943">
            <w:pPr>
              <w:spacing w:after="0" w:line="240" w:lineRule="auto"/>
              <w:rPr>
                <w:color w:val="auto"/>
              </w:rPr>
            </w:pPr>
            <w:r w:rsidRPr="00DA0943">
              <w:rPr>
                <w:color w:val="auto"/>
              </w:rPr>
              <w:t>________________________________________________________________________</w:t>
            </w:r>
          </w:p>
        </w:tc>
      </w:tr>
      <w:tr w:rsidR="00F83D6D" w:rsidRPr="00DA0943" w14:paraId="575C1B06" w14:textId="77777777">
        <w:trPr>
          <w:cantSplit/>
          <w:jc w:val="center"/>
        </w:trPr>
        <w:tc>
          <w:tcPr>
            <w:tcW w:w="2835" w:type="dxa"/>
            <w:shd w:val="clear" w:color="auto" w:fill="D9EAF7"/>
            <w:tcMar>
              <w:top w:w="70" w:type="dxa"/>
              <w:left w:w="90" w:type="dxa"/>
              <w:bottom w:w="70" w:type="dxa"/>
              <w:right w:w="90" w:type="dxa"/>
            </w:tcMar>
            <w:vAlign w:val="center"/>
          </w:tcPr>
          <w:p w14:paraId="56DBF148" w14:textId="77777777" w:rsidR="00F83D6D" w:rsidRPr="00DA0943" w:rsidRDefault="00DA0943">
            <w:pPr>
              <w:spacing w:after="0" w:line="240" w:lineRule="auto"/>
              <w:rPr>
                <w:color w:val="auto"/>
              </w:rPr>
            </w:pPr>
            <w:r w:rsidRPr="00DA0943">
              <w:rPr>
                <w:b/>
                <w:color w:val="auto"/>
                <w:sz w:val="15"/>
              </w:rPr>
              <w:t>Residenza</w:t>
            </w:r>
          </w:p>
        </w:tc>
        <w:tc>
          <w:tcPr>
            <w:tcW w:w="6860" w:type="dxa"/>
            <w:tcMar>
              <w:top w:w="70" w:type="dxa"/>
              <w:left w:w="90" w:type="dxa"/>
              <w:bottom w:w="70" w:type="dxa"/>
              <w:right w:w="90" w:type="dxa"/>
            </w:tcMar>
            <w:vAlign w:val="center"/>
          </w:tcPr>
          <w:p w14:paraId="4EC42F6C" w14:textId="77777777" w:rsidR="00F83D6D" w:rsidRPr="00DA0943" w:rsidRDefault="00DA0943">
            <w:pPr>
              <w:spacing w:after="0" w:line="240" w:lineRule="auto"/>
              <w:rPr>
                <w:color w:val="auto"/>
              </w:rPr>
            </w:pPr>
            <w:r w:rsidRPr="00DA0943">
              <w:rPr>
                <w:color w:val="auto"/>
              </w:rPr>
              <w:t>Comune __________________ Prov. ____ CAP ______ Indirizzo ______________________________</w:t>
            </w:r>
          </w:p>
        </w:tc>
      </w:tr>
      <w:tr w:rsidR="00F83D6D" w:rsidRPr="00DA0943" w14:paraId="095DB3F1" w14:textId="77777777">
        <w:trPr>
          <w:cantSplit/>
          <w:jc w:val="center"/>
        </w:trPr>
        <w:tc>
          <w:tcPr>
            <w:tcW w:w="2835" w:type="dxa"/>
            <w:shd w:val="clear" w:color="auto" w:fill="D9EAF7"/>
            <w:tcMar>
              <w:top w:w="70" w:type="dxa"/>
              <w:left w:w="90" w:type="dxa"/>
              <w:bottom w:w="70" w:type="dxa"/>
              <w:right w:w="90" w:type="dxa"/>
            </w:tcMar>
            <w:vAlign w:val="center"/>
          </w:tcPr>
          <w:p w14:paraId="78E7180A" w14:textId="5156961C" w:rsidR="00F83D6D" w:rsidRPr="00DA0943" w:rsidRDefault="00DA0943">
            <w:pPr>
              <w:spacing w:after="0" w:line="240" w:lineRule="auto"/>
              <w:rPr>
                <w:color w:val="auto"/>
                <w:lang w:val="it-IT"/>
              </w:rPr>
            </w:pPr>
            <w:r w:rsidRPr="00DA0943">
              <w:rPr>
                <w:b/>
                <w:color w:val="auto"/>
                <w:sz w:val="15"/>
                <w:lang w:val="it-IT"/>
              </w:rPr>
              <w:t>PEC</w:t>
            </w:r>
            <w:r w:rsidR="002923FB" w:rsidRPr="00DA0943">
              <w:rPr>
                <w:b/>
                <w:color w:val="auto"/>
                <w:sz w:val="15"/>
                <w:lang w:val="it-IT"/>
              </w:rPr>
              <w:t xml:space="preserve"> </w:t>
            </w:r>
            <w:r w:rsidRPr="00DA0943">
              <w:rPr>
                <w:b/>
                <w:color w:val="auto"/>
                <w:sz w:val="15"/>
                <w:lang w:val="it-IT"/>
              </w:rPr>
              <w:t>utilizzata per l’invio e le comunicazioni</w:t>
            </w:r>
          </w:p>
        </w:tc>
        <w:tc>
          <w:tcPr>
            <w:tcW w:w="6860" w:type="dxa"/>
            <w:tcMar>
              <w:top w:w="70" w:type="dxa"/>
              <w:left w:w="90" w:type="dxa"/>
              <w:bottom w:w="70" w:type="dxa"/>
              <w:right w:w="90" w:type="dxa"/>
            </w:tcMar>
            <w:vAlign w:val="center"/>
          </w:tcPr>
          <w:p w14:paraId="54923DE7" w14:textId="77777777" w:rsidR="00F83D6D" w:rsidRPr="00DA0943" w:rsidRDefault="00DA0943">
            <w:pPr>
              <w:spacing w:after="0" w:line="240" w:lineRule="auto"/>
              <w:rPr>
                <w:color w:val="auto"/>
              </w:rPr>
            </w:pPr>
            <w:r w:rsidRPr="00DA0943">
              <w:rPr>
                <w:color w:val="auto"/>
              </w:rPr>
              <w:t>________________________________________________________________________</w:t>
            </w:r>
          </w:p>
        </w:tc>
      </w:tr>
      <w:tr w:rsidR="00F83D6D" w:rsidRPr="00DA0943" w14:paraId="0ECF2360" w14:textId="77777777">
        <w:trPr>
          <w:cantSplit/>
          <w:jc w:val="center"/>
        </w:trPr>
        <w:tc>
          <w:tcPr>
            <w:tcW w:w="2835" w:type="dxa"/>
            <w:shd w:val="clear" w:color="auto" w:fill="D9EAF7"/>
            <w:tcMar>
              <w:top w:w="70" w:type="dxa"/>
              <w:left w:w="90" w:type="dxa"/>
              <w:bottom w:w="70" w:type="dxa"/>
              <w:right w:w="90" w:type="dxa"/>
            </w:tcMar>
            <w:vAlign w:val="center"/>
          </w:tcPr>
          <w:p w14:paraId="6ACCE30A" w14:textId="77777777" w:rsidR="00F83D6D" w:rsidRPr="00DA0943" w:rsidRDefault="00DA0943">
            <w:pPr>
              <w:spacing w:after="0" w:line="240" w:lineRule="auto"/>
              <w:rPr>
                <w:color w:val="auto"/>
              </w:rPr>
            </w:pPr>
            <w:r w:rsidRPr="00DA0943">
              <w:rPr>
                <w:b/>
                <w:color w:val="auto"/>
                <w:sz w:val="15"/>
              </w:rPr>
              <w:t>E-mail / telefono</w:t>
            </w:r>
          </w:p>
        </w:tc>
        <w:tc>
          <w:tcPr>
            <w:tcW w:w="6860" w:type="dxa"/>
            <w:tcMar>
              <w:top w:w="70" w:type="dxa"/>
              <w:left w:w="90" w:type="dxa"/>
              <w:bottom w:w="70" w:type="dxa"/>
              <w:right w:w="90" w:type="dxa"/>
            </w:tcMar>
            <w:vAlign w:val="center"/>
          </w:tcPr>
          <w:p w14:paraId="512EE334" w14:textId="77777777" w:rsidR="00F83D6D" w:rsidRPr="00DA0943" w:rsidRDefault="00DA0943">
            <w:pPr>
              <w:spacing w:after="0" w:line="240" w:lineRule="auto"/>
              <w:rPr>
                <w:color w:val="auto"/>
              </w:rPr>
            </w:pPr>
            <w:r w:rsidRPr="00DA0943">
              <w:rPr>
                <w:color w:val="auto"/>
              </w:rPr>
              <w:t>________________________________________________________________________</w:t>
            </w:r>
          </w:p>
        </w:tc>
      </w:tr>
    </w:tbl>
    <w:p w14:paraId="2CDFD9D5" w14:textId="77777777" w:rsidR="002923FB" w:rsidRPr="00DA0943" w:rsidRDefault="002923FB">
      <w:pPr>
        <w:spacing w:before="60" w:after="40" w:line="240" w:lineRule="auto"/>
        <w:rPr>
          <w:color w:val="auto"/>
          <w:lang w:val="it-IT"/>
        </w:rPr>
      </w:pPr>
    </w:p>
    <w:p w14:paraId="3669598B" w14:textId="77777777" w:rsidR="00DE7354" w:rsidRPr="00DA0943" w:rsidRDefault="00DA0943">
      <w:pPr>
        <w:spacing w:before="60" w:after="40" w:line="240" w:lineRule="auto"/>
        <w:rPr>
          <w:color w:val="auto"/>
          <w:lang w:val="it-IT"/>
        </w:rPr>
      </w:pPr>
      <w:r w:rsidRPr="00DA0943">
        <w:rPr>
          <w:color w:val="auto"/>
          <w:lang w:val="it-IT"/>
        </w:rPr>
        <w:t xml:space="preserve">La/Il sottoscritta/o chiede di essere ammessa/o alla procedura e, ai sensi degli artt. 46 e 47 del D.P.R. 28 dicembre 2000, n. 445, consapevole delle conseguenze previste dagli artt. 75 e 76 del medesimo decreto in caso di dichiarazioni non veritiere, </w:t>
      </w:r>
    </w:p>
    <w:p w14:paraId="3B8CD96A" w14:textId="5B6239C0" w:rsidR="00F83D6D" w:rsidRDefault="00DA0943" w:rsidP="00425616">
      <w:pPr>
        <w:keepNext/>
        <w:spacing w:before="100" w:after="50" w:line="240" w:lineRule="auto"/>
        <w:jc w:val="center"/>
        <w:rPr>
          <w:b/>
          <w:color w:val="auto"/>
          <w:sz w:val="21"/>
          <w:lang w:val="it-IT"/>
        </w:rPr>
      </w:pPr>
      <w:r w:rsidRPr="00425616">
        <w:rPr>
          <w:b/>
          <w:color w:val="auto"/>
          <w:sz w:val="20"/>
          <w:szCs w:val="20"/>
          <w:u w:val="single"/>
          <w:lang w:val="it-IT"/>
        </w:rPr>
        <w:t>dichiara quanto segue</w:t>
      </w:r>
      <w:r w:rsidR="00DE7354" w:rsidRPr="00425616">
        <w:rPr>
          <w:b/>
          <w:color w:val="auto"/>
          <w:sz w:val="21"/>
          <w:lang w:val="it-IT"/>
        </w:rPr>
        <w:t>:</w:t>
      </w:r>
    </w:p>
    <w:p w14:paraId="06CAFE67" w14:textId="77777777" w:rsidR="00425616" w:rsidRPr="00425616" w:rsidRDefault="00425616" w:rsidP="00425616">
      <w:pPr>
        <w:keepNext/>
        <w:spacing w:before="100" w:after="50" w:line="240" w:lineRule="auto"/>
        <w:jc w:val="center"/>
        <w:rPr>
          <w:b/>
          <w:color w:val="auto"/>
          <w:sz w:val="21"/>
          <w:lang w:val="it-IT"/>
        </w:rPr>
      </w:pPr>
    </w:p>
    <w:p w14:paraId="257D928C" w14:textId="6DBC9F17" w:rsidR="00F83D6D" w:rsidRPr="00DA0943" w:rsidRDefault="00DA0943">
      <w:pPr>
        <w:keepNext/>
        <w:spacing w:before="100" w:after="50" w:line="240" w:lineRule="auto"/>
        <w:rPr>
          <w:color w:val="auto"/>
          <w:lang w:val="it-IT"/>
        </w:rPr>
      </w:pPr>
      <w:r w:rsidRPr="00DA0943">
        <w:rPr>
          <w:b/>
          <w:color w:val="auto"/>
          <w:sz w:val="21"/>
          <w:lang w:val="it-IT"/>
        </w:rPr>
        <w:t>3. Requisiti generali e condizioni di ammissibilità</w:t>
      </w:r>
    </w:p>
    <w:p w14:paraId="5D6BD2EF"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possedere la cittadinanza sopra indicata e, se cittadina/o di un Paese terzo, di trovarsi in una delle condizioni previste dall’art. 38 del D.Lgs. n. 165/2001;</w:t>
      </w:r>
    </w:p>
    <w:p w14:paraId="0C87FF02"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godere dei diritti civili e politici nello Stato di appartenenza o provenienza;</w:t>
      </w:r>
    </w:p>
    <w:p w14:paraId="584E9D95"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se cittadina/o straniera/o, di possedere un’adeguata conoscenza della lingua italiana;</w:t>
      </w:r>
    </w:p>
    <w:p w14:paraId="5B003D43"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trovarsi in alcuna situazione comportante incapacità di contrarre con la pubblica amministrazione;</w:t>
      </w:r>
    </w:p>
    <w:p w14:paraId="333B0EE7"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aver riportato condanne, anche con sentenza non passata in giudicato, per uno dei reati previsti dal capo I del titolo II del libro II del codice penale o per reati per i quali è previsto l’arresto obbligatorio in flagranza ai sensi dell’art. 380 c.p.p.;</w:t>
      </w:r>
    </w:p>
    <w:p w14:paraId="22DBC92C" w14:textId="282E758E" w:rsidR="00686332" w:rsidRPr="00DA0943" w:rsidRDefault="00686332" w:rsidP="00686332">
      <w:pPr>
        <w:spacing w:after="26" w:line="240" w:lineRule="auto"/>
        <w:ind w:hanging="215"/>
        <w:rPr>
          <w:bCs/>
          <w:color w:val="auto"/>
          <w:lang w:val="it-IT"/>
        </w:rPr>
      </w:pPr>
      <w:r w:rsidRPr="00DA0943">
        <w:rPr>
          <w:color w:val="auto"/>
          <w:sz w:val="18"/>
          <w:lang w:val="it-IT"/>
        </w:rPr>
        <w:t xml:space="preserve">☐ </w:t>
      </w:r>
      <w:r w:rsidRPr="00DA0943">
        <w:rPr>
          <w:bCs/>
          <w:color w:val="auto"/>
          <w:lang w:val="it-IT"/>
        </w:rPr>
        <w:t>di non avere motivi di incompatibilità previsti dalla legge o legati ad interessi di qualsiasi natura con riferimento all’oggetto dell’incarico;</w:t>
      </w:r>
    </w:p>
    <w:p w14:paraId="7BB78C68" w14:textId="151DCF4F"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trovarsi in situazione, anche potenziale, di conflitto di interessi con l’Università degli Studi di Napoli L’Orientale</w:t>
      </w:r>
      <w:r w:rsidR="00686332" w:rsidRPr="00DA0943">
        <w:rPr>
          <w:color w:val="auto"/>
          <w:lang w:val="it-IT"/>
        </w:rPr>
        <w:t>;</w:t>
      </w:r>
    </w:p>
    <w:p w14:paraId="4B925F7A"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essere dipendente dell’Università degli Studi di Napoli L’Orientale;</w:t>
      </w:r>
    </w:p>
    <w:p w14:paraId="21B76A56" w14:textId="3788B664" w:rsidR="00AF1DF8" w:rsidRPr="00DA0943" w:rsidRDefault="00DA0943" w:rsidP="00AF1DF8">
      <w:pPr>
        <w:spacing w:after="26" w:line="240" w:lineRule="auto"/>
        <w:ind w:hanging="215"/>
        <w:rPr>
          <w:color w:val="auto"/>
          <w:lang w:val="it-IT"/>
        </w:rPr>
      </w:pPr>
      <w:r w:rsidRPr="00DA0943">
        <w:rPr>
          <w:color w:val="auto"/>
          <w:sz w:val="18"/>
          <w:lang w:val="it-IT"/>
        </w:rPr>
        <w:t xml:space="preserve">☐ </w:t>
      </w:r>
      <w:r w:rsidRPr="00DA0943">
        <w:rPr>
          <w:color w:val="auto"/>
          <w:lang w:val="it-IT"/>
        </w:rPr>
        <w:t xml:space="preserve">di non avere rapporti di parentela o affinità, fino al quarto grado compreso, </w:t>
      </w:r>
      <w:r w:rsidR="00AF1DF8" w:rsidRPr="00DA0943">
        <w:rPr>
          <w:color w:val="auto"/>
          <w:lang w:val="it-IT"/>
        </w:rPr>
        <w:t>con il Rettore, il Direttore generale o un componente del Consiglio di Amministrazione dell’Ateneo, ovvero con la Referente scientifica del Progetto;</w:t>
      </w:r>
    </w:p>
    <w:p w14:paraId="5B0AECBD" w14:textId="14773AE3"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trovarsi nei divieti applicabili ai soggetti collocati in quiescenza previsti dall’art. 5, comma 9, del D.L. n. 95/2012, convertito dalla L. n. 135/2012, e dall’art. 25 della L. n. 724/1994;</w:t>
      </w:r>
    </w:p>
    <w:p w14:paraId="4D28F370"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trovarsi in ulteriori condizioni di incompatibilità previste dalla normativa vigente, dal Regolamento di Ateneo o dall’Avviso;</w:t>
      </w:r>
    </w:p>
    <w:p w14:paraId="370FF54B"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impegnarsi a comunicare tempestivamente ogni variazione delle condizioni dichiarate.</w:t>
      </w:r>
    </w:p>
    <w:tbl>
      <w:tblPr>
        <w:tblW w:w="0" w:type="auto"/>
        <w:jc w:val="center"/>
        <w:tblLayout w:type="fixed"/>
        <w:tblLook w:val="04A0" w:firstRow="1" w:lastRow="0" w:firstColumn="1" w:lastColumn="0" w:noHBand="0" w:noVBand="1"/>
      </w:tblPr>
      <w:tblGrid>
        <w:gridCol w:w="2835"/>
        <w:gridCol w:w="6860"/>
      </w:tblGrid>
      <w:tr w:rsidR="00F83D6D" w:rsidRPr="00DA0943" w14:paraId="2C007339" w14:textId="77777777">
        <w:trPr>
          <w:cantSplit/>
          <w:jc w:val="center"/>
        </w:trPr>
        <w:tc>
          <w:tcPr>
            <w:tcW w:w="2835" w:type="dxa"/>
            <w:shd w:val="clear" w:color="auto" w:fill="D9EAF7"/>
            <w:tcMar>
              <w:top w:w="70" w:type="dxa"/>
              <w:left w:w="90" w:type="dxa"/>
              <w:bottom w:w="70" w:type="dxa"/>
              <w:right w:w="90" w:type="dxa"/>
            </w:tcMar>
            <w:vAlign w:val="center"/>
          </w:tcPr>
          <w:p w14:paraId="7A41FD68" w14:textId="77777777" w:rsidR="00F83D6D" w:rsidRPr="00DA0943" w:rsidRDefault="00DA0943">
            <w:pPr>
              <w:spacing w:after="0" w:line="240" w:lineRule="auto"/>
              <w:rPr>
                <w:color w:val="auto"/>
                <w:lang w:val="it-IT"/>
              </w:rPr>
            </w:pPr>
            <w:r w:rsidRPr="00DA0943">
              <w:rPr>
                <w:b/>
                <w:color w:val="auto"/>
                <w:sz w:val="15"/>
                <w:lang w:val="it-IT"/>
              </w:rPr>
              <w:t>Eventuali eccezioni o circostanze da dichiarare</w:t>
            </w:r>
          </w:p>
        </w:tc>
        <w:tc>
          <w:tcPr>
            <w:tcW w:w="6860" w:type="dxa"/>
            <w:tcMar>
              <w:top w:w="70" w:type="dxa"/>
              <w:left w:w="90" w:type="dxa"/>
              <w:bottom w:w="70" w:type="dxa"/>
              <w:right w:w="90" w:type="dxa"/>
            </w:tcMar>
            <w:vAlign w:val="center"/>
          </w:tcPr>
          <w:p w14:paraId="50A383B4" w14:textId="77777777" w:rsidR="00F83D6D" w:rsidRPr="00DA0943" w:rsidRDefault="00DA0943">
            <w:pPr>
              <w:spacing w:after="0" w:line="240" w:lineRule="auto"/>
              <w:rPr>
                <w:color w:val="auto"/>
              </w:rPr>
            </w:pPr>
            <w:r w:rsidRPr="00DA0943">
              <w:rPr>
                <w:color w:val="auto"/>
              </w:rPr>
              <w:t>________________________________________________________________________</w:t>
            </w:r>
            <w:r w:rsidRPr="00DA0943">
              <w:rPr>
                <w:color w:val="auto"/>
              </w:rPr>
              <w:br/>
              <w:t>________________________________________________________________________</w:t>
            </w:r>
          </w:p>
        </w:tc>
      </w:tr>
    </w:tbl>
    <w:p w14:paraId="28511B97" w14:textId="77777777" w:rsidR="00F83D6D" w:rsidRPr="00DA0943" w:rsidRDefault="00DA0943">
      <w:pPr>
        <w:rPr>
          <w:color w:val="auto"/>
        </w:rPr>
      </w:pPr>
      <w:r w:rsidRPr="00DA0943">
        <w:rPr>
          <w:color w:val="auto"/>
        </w:rPr>
        <w:br w:type="page"/>
      </w:r>
    </w:p>
    <w:p w14:paraId="4A9C2714" w14:textId="77777777" w:rsidR="00F83D6D" w:rsidRPr="00DA0943" w:rsidRDefault="00DA0943">
      <w:pPr>
        <w:keepNext/>
        <w:spacing w:before="100" w:after="50" w:line="240" w:lineRule="auto"/>
        <w:rPr>
          <w:color w:val="auto"/>
          <w:lang w:val="it-IT"/>
        </w:rPr>
      </w:pPr>
      <w:r w:rsidRPr="00DA0943">
        <w:rPr>
          <w:b/>
          <w:color w:val="auto"/>
          <w:sz w:val="21"/>
          <w:lang w:val="it-IT"/>
        </w:rPr>
        <w:lastRenderedPageBreak/>
        <w:t>4. Condizioni relative al Progetto PROBEN PRIMA</w:t>
      </w:r>
    </w:p>
    <w:p w14:paraId="6393FF15"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essere partecipante al Progetto PROBEN PRIMA, anche nell’ambito di altra unità di ricerca, in posizione incompatibile con la rendicontazione dell’incarico nella voce «Costi dei servizi specialistici di consulenza (counseling)»;</w:t>
      </w:r>
    </w:p>
    <w:p w14:paraId="3FADBA25"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non avere in essere, alla data di scadenza dell’Avviso, contratti di lavoro subordinato, collaborazione, consulenza o lavoro autonomo, comunque denominati, finanziati nell’ambito del Progetto PROBEN PRIMA e stipulati con uno dei partner della rete indicati nell’Avviso;</w:t>
      </w:r>
    </w:p>
    <w:p w14:paraId="348E6A8B"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impegnarsi a non instaurare, durante la procedura e per tutta la durata dell’eventuale incarico, rapporti incompatibili ai sensi dell’Avviso e a comunicare immediatamente ogni circostanza sopravvenuta rilevante.</w:t>
      </w:r>
    </w:p>
    <w:p w14:paraId="56966CD2" w14:textId="39DAC4A5" w:rsidR="00DE7354" w:rsidRPr="00DA0943" w:rsidRDefault="00DE7354" w:rsidP="00DE7354">
      <w:pPr>
        <w:keepNext/>
        <w:spacing w:before="100" w:after="50" w:line="240" w:lineRule="auto"/>
        <w:rPr>
          <w:b/>
          <w:color w:val="auto"/>
          <w:sz w:val="21"/>
          <w:lang w:val="it-IT"/>
        </w:rPr>
      </w:pPr>
      <w:r w:rsidRPr="00DA0943">
        <w:rPr>
          <w:b/>
          <w:color w:val="auto"/>
          <w:sz w:val="21"/>
          <w:lang w:val="it-IT"/>
        </w:rPr>
        <w:t>5. Titoli e requisiti professionali del profilo prescelto</w:t>
      </w:r>
    </w:p>
    <w:p w14:paraId="63D99000" w14:textId="77777777" w:rsidR="00DE7354" w:rsidRPr="00DA0943" w:rsidRDefault="00DE7354" w:rsidP="00DE7354">
      <w:pPr>
        <w:spacing w:after="26" w:line="240" w:lineRule="auto"/>
        <w:ind w:hanging="215"/>
        <w:rPr>
          <w:color w:val="auto"/>
          <w:lang w:val="it-IT"/>
        </w:rPr>
      </w:pPr>
      <w:r w:rsidRPr="00DA0943">
        <w:rPr>
          <w:rFonts w:ascii="Segoe UI Symbol" w:hAnsi="Segoe UI Symbol" w:cs="Segoe UI Symbol"/>
          <w:color w:val="auto"/>
          <w:lang w:val="it-IT"/>
        </w:rPr>
        <w:t>☐</w:t>
      </w:r>
      <w:r w:rsidRPr="00DA0943">
        <w:rPr>
          <w:color w:val="auto"/>
          <w:lang w:val="it-IT"/>
        </w:rPr>
        <w:t xml:space="preserve"> di possedere tutti i requisiti professionali obbligatori richiesti dall’Avviso e dalla Scheda progetto per il profilo prescelto, inclusi il titolo di studio, l’eventuale iscrizione all’albo, abilitazione o specializzazione, l’esperienza professionale minima e le competenze linguistiche;</w:t>
      </w:r>
    </w:p>
    <w:p w14:paraId="2C76366E" w14:textId="77777777" w:rsidR="00DE7354" w:rsidRPr="00DA0943" w:rsidRDefault="00DE7354" w:rsidP="00DE7354">
      <w:pPr>
        <w:spacing w:after="26" w:line="240" w:lineRule="auto"/>
        <w:ind w:hanging="215"/>
        <w:rPr>
          <w:color w:val="auto"/>
          <w:lang w:val="it-IT"/>
        </w:rPr>
      </w:pPr>
      <w:r w:rsidRPr="00DA0943">
        <w:rPr>
          <w:rFonts w:ascii="Segoe UI Symbol" w:hAnsi="Segoe UI Symbol" w:cs="Segoe UI Symbol"/>
          <w:color w:val="auto"/>
          <w:lang w:val="it-IT"/>
        </w:rPr>
        <w:t>☐</w:t>
      </w:r>
      <w:r w:rsidRPr="00DA0943">
        <w:rPr>
          <w:color w:val="auto"/>
          <w:lang w:val="it-IT"/>
        </w:rPr>
        <w:t xml:space="preserve"> di essere consapevole che i titoli espressamente indicati come preferenziali non costituiscono requisiti di ammissione e saranno valutati secondo i criteri stabiliti dalla Commissione.</w:t>
      </w:r>
    </w:p>
    <w:p w14:paraId="1F3F3FB4" w14:textId="1C0AE6FF" w:rsidR="00DE7354" w:rsidRPr="00DA0943" w:rsidRDefault="00DE7354" w:rsidP="00DE7354">
      <w:pPr>
        <w:spacing w:after="26" w:line="240" w:lineRule="auto"/>
        <w:ind w:hanging="215"/>
        <w:rPr>
          <w:color w:val="auto"/>
          <w:u w:val="single"/>
          <w:lang w:val="it-IT"/>
        </w:rPr>
      </w:pPr>
      <w:r w:rsidRPr="00DA0943">
        <w:rPr>
          <w:color w:val="auto"/>
          <w:u w:val="single"/>
          <w:lang w:val="it-IT"/>
        </w:rPr>
        <w:t>In particolare:</w:t>
      </w:r>
    </w:p>
    <w:tbl>
      <w:tblPr>
        <w:tblW w:w="0" w:type="auto"/>
        <w:jc w:val="center"/>
        <w:tblLayout w:type="fixed"/>
        <w:tblLook w:val="04A0" w:firstRow="1" w:lastRow="0" w:firstColumn="1" w:lastColumn="0" w:noHBand="0" w:noVBand="1"/>
      </w:tblPr>
      <w:tblGrid>
        <w:gridCol w:w="2835"/>
        <w:gridCol w:w="6860"/>
      </w:tblGrid>
      <w:tr w:rsidR="00DE7354" w:rsidRPr="00DA0943" w14:paraId="3F75A6DD" w14:textId="77777777" w:rsidTr="007800D4">
        <w:trPr>
          <w:cantSplit/>
          <w:jc w:val="center"/>
        </w:trPr>
        <w:tc>
          <w:tcPr>
            <w:tcW w:w="2835" w:type="dxa"/>
            <w:shd w:val="clear" w:color="auto" w:fill="D9EAF7"/>
            <w:tcMar>
              <w:top w:w="70" w:type="dxa"/>
              <w:left w:w="90" w:type="dxa"/>
              <w:bottom w:w="70" w:type="dxa"/>
              <w:right w:w="90" w:type="dxa"/>
            </w:tcMar>
            <w:vAlign w:val="center"/>
          </w:tcPr>
          <w:p w14:paraId="4E12D90D" w14:textId="77777777" w:rsidR="00DE7354" w:rsidRPr="00DA0943" w:rsidRDefault="00DE7354" w:rsidP="00DE7354">
            <w:pPr>
              <w:spacing w:after="0" w:line="240" w:lineRule="auto"/>
              <w:rPr>
                <w:b/>
                <w:color w:val="auto"/>
                <w:sz w:val="15"/>
                <w:lang w:val="it-IT"/>
              </w:rPr>
            </w:pPr>
            <w:r w:rsidRPr="00DA0943">
              <w:rPr>
                <w:b/>
                <w:color w:val="auto"/>
                <w:sz w:val="15"/>
                <w:lang w:val="it-IT"/>
              </w:rPr>
              <w:t>Titolo di studio</w:t>
            </w:r>
          </w:p>
        </w:tc>
        <w:tc>
          <w:tcPr>
            <w:tcW w:w="6860" w:type="dxa"/>
            <w:tcMar>
              <w:top w:w="70" w:type="dxa"/>
              <w:left w:w="90" w:type="dxa"/>
              <w:bottom w:w="70" w:type="dxa"/>
              <w:right w:w="90" w:type="dxa"/>
            </w:tcMar>
            <w:vAlign w:val="center"/>
          </w:tcPr>
          <w:p w14:paraId="441D9F50" w14:textId="77777777" w:rsidR="00DE7354" w:rsidRPr="00DA0943" w:rsidRDefault="00DE7354" w:rsidP="00DE7354">
            <w:pPr>
              <w:spacing w:after="0" w:line="240" w:lineRule="auto"/>
              <w:rPr>
                <w:color w:val="auto"/>
              </w:rPr>
            </w:pPr>
            <w:r w:rsidRPr="00DA0943">
              <w:rPr>
                <w:color w:val="auto"/>
              </w:rPr>
              <w:t>________________________________________________________________________</w:t>
            </w:r>
          </w:p>
        </w:tc>
      </w:tr>
      <w:tr w:rsidR="00DE7354" w:rsidRPr="00DA0943" w14:paraId="5BACE830" w14:textId="77777777" w:rsidTr="007800D4">
        <w:trPr>
          <w:cantSplit/>
          <w:jc w:val="center"/>
        </w:trPr>
        <w:tc>
          <w:tcPr>
            <w:tcW w:w="2835" w:type="dxa"/>
            <w:shd w:val="clear" w:color="auto" w:fill="D9EAF7"/>
            <w:tcMar>
              <w:top w:w="70" w:type="dxa"/>
              <w:left w:w="90" w:type="dxa"/>
              <w:bottom w:w="70" w:type="dxa"/>
              <w:right w:w="90" w:type="dxa"/>
            </w:tcMar>
            <w:vAlign w:val="center"/>
          </w:tcPr>
          <w:p w14:paraId="1F8F4E38" w14:textId="77777777" w:rsidR="00DE7354" w:rsidRPr="00DA0943" w:rsidRDefault="00DE7354" w:rsidP="00DE7354">
            <w:pPr>
              <w:spacing w:after="0" w:line="240" w:lineRule="auto"/>
              <w:rPr>
                <w:b/>
                <w:color w:val="auto"/>
                <w:sz w:val="15"/>
                <w:lang w:val="it-IT"/>
              </w:rPr>
            </w:pPr>
            <w:r w:rsidRPr="00DA0943">
              <w:rPr>
                <w:b/>
                <w:color w:val="auto"/>
                <w:sz w:val="15"/>
                <w:lang w:val="it-IT"/>
              </w:rPr>
              <w:t>Classe / ordinamento</w:t>
            </w:r>
          </w:p>
        </w:tc>
        <w:tc>
          <w:tcPr>
            <w:tcW w:w="6860" w:type="dxa"/>
            <w:tcMar>
              <w:top w:w="70" w:type="dxa"/>
              <w:left w:w="90" w:type="dxa"/>
              <w:bottom w:w="70" w:type="dxa"/>
              <w:right w:w="90" w:type="dxa"/>
            </w:tcMar>
            <w:vAlign w:val="center"/>
          </w:tcPr>
          <w:p w14:paraId="57B87D54" w14:textId="77777777" w:rsidR="00DE7354" w:rsidRPr="00DA0943" w:rsidRDefault="00DE7354" w:rsidP="00DE7354">
            <w:pPr>
              <w:spacing w:after="0" w:line="240" w:lineRule="auto"/>
              <w:rPr>
                <w:color w:val="auto"/>
              </w:rPr>
            </w:pPr>
            <w:r w:rsidRPr="00DA0943">
              <w:rPr>
                <w:color w:val="auto"/>
              </w:rPr>
              <w:t>______________________ Ateneo ________________________ Data __________</w:t>
            </w:r>
          </w:p>
        </w:tc>
      </w:tr>
      <w:tr w:rsidR="00DE7354" w:rsidRPr="00DA0943" w14:paraId="21639A87" w14:textId="77777777" w:rsidTr="007800D4">
        <w:trPr>
          <w:cantSplit/>
          <w:jc w:val="center"/>
        </w:trPr>
        <w:tc>
          <w:tcPr>
            <w:tcW w:w="2835" w:type="dxa"/>
            <w:shd w:val="clear" w:color="auto" w:fill="D9EAF7"/>
            <w:tcMar>
              <w:top w:w="70" w:type="dxa"/>
              <w:left w:w="90" w:type="dxa"/>
              <w:bottom w:w="70" w:type="dxa"/>
              <w:right w:w="90" w:type="dxa"/>
            </w:tcMar>
            <w:vAlign w:val="center"/>
          </w:tcPr>
          <w:p w14:paraId="13547021" w14:textId="77777777" w:rsidR="00DE7354" w:rsidRPr="00DA0943" w:rsidRDefault="00DE7354" w:rsidP="00DE7354">
            <w:pPr>
              <w:spacing w:after="0" w:line="240" w:lineRule="auto"/>
              <w:rPr>
                <w:b/>
                <w:color w:val="auto"/>
                <w:sz w:val="15"/>
                <w:lang w:val="it-IT"/>
              </w:rPr>
            </w:pPr>
            <w:r w:rsidRPr="00DA0943">
              <w:rPr>
                <w:b/>
                <w:color w:val="auto"/>
                <w:sz w:val="15"/>
                <w:lang w:val="it-IT"/>
              </w:rPr>
              <w:t>Voto</w:t>
            </w:r>
          </w:p>
        </w:tc>
        <w:tc>
          <w:tcPr>
            <w:tcW w:w="6860" w:type="dxa"/>
            <w:tcMar>
              <w:top w:w="70" w:type="dxa"/>
              <w:left w:w="90" w:type="dxa"/>
              <w:bottom w:w="70" w:type="dxa"/>
              <w:right w:w="90" w:type="dxa"/>
            </w:tcMar>
            <w:vAlign w:val="center"/>
          </w:tcPr>
          <w:p w14:paraId="295E4AAD" w14:textId="77777777" w:rsidR="00DE7354" w:rsidRPr="00DA0943" w:rsidRDefault="00DE7354" w:rsidP="00DE7354">
            <w:pPr>
              <w:spacing w:after="0" w:line="240" w:lineRule="auto"/>
              <w:rPr>
                <w:color w:val="auto"/>
              </w:rPr>
            </w:pPr>
            <w:r w:rsidRPr="00DA0943">
              <w:rPr>
                <w:color w:val="auto"/>
              </w:rPr>
              <w:t>________________________</w:t>
            </w:r>
          </w:p>
        </w:tc>
      </w:tr>
      <w:tr w:rsidR="00DE7354" w:rsidRPr="00505691" w14:paraId="32A1D0B7" w14:textId="77777777" w:rsidTr="007800D4">
        <w:trPr>
          <w:cantSplit/>
          <w:jc w:val="center"/>
        </w:trPr>
        <w:tc>
          <w:tcPr>
            <w:tcW w:w="2835" w:type="dxa"/>
            <w:shd w:val="clear" w:color="auto" w:fill="D9EAF7"/>
            <w:tcMar>
              <w:top w:w="70" w:type="dxa"/>
              <w:left w:w="90" w:type="dxa"/>
              <w:bottom w:w="70" w:type="dxa"/>
              <w:right w:w="90" w:type="dxa"/>
            </w:tcMar>
            <w:vAlign w:val="center"/>
          </w:tcPr>
          <w:p w14:paraId="052BF20E" w14:textId="77777777" w:rsidR="00DE7354" w:rsidRPr="00DA0943" w:rsidRDefault="00DE7354" w:rsidP="00DE7354">
            <w:pPr>
              <w:spacing w:after="0" w:line="240" w:lineRule="auto"/>
              <w:rPr>
                <w:b/>
                <w:color w:val="auto"/>
                <w:sz w:val="15"/>
                <w:lang w:val="it-IT"/>
              </w:rPr>
            </w:pPr>
            <w:r w:rsidRPr="00DA0943">
              <w:rPr>
                <w:b/>
                <w:color w:val="auto"/>
                <w:sz w:val="15"/>
                <w:lang w:val="it-IT"/>
              </w:rPr>
              <w:t>Titolo conseguito all’estero</w:t>
            </w:r>
          </w:p>
        </w:tc>
        <w:tc>
          <w:tcPr>
            <w:tcW w:w="6860" w:type="dxa"/>
            <w:tcMar>
              <w:top w:w="70" w:type="dxa"/>
              <w:left w:w="90" w:type="dxa"/>
              <w:bottom w:w="70" w:type="dxa"/>
              <w:right w:w="90" w:type="dxa"/>
            </w:tcMar>
            <w:vAlign w:val="center"/>
          </w:tcPr>
          <w:p w14:paraId="01F1C1BB" w14:textId="77777777" w:rsidR="00DE7354" w:rsidRPr="00425616" w:rsidRDefault="00DE7354" w:rsidP="00DE7354">
            <w:pPr>
              <w:spacing w:after="0" w:line="240" w:lineRule="auto"/>
              <w:rPr>
                <w:color w:val="auto"/>
                <w:lang w:val="it-IT"/>
              </w:rPr>
            </w:pPr>
            <w:r w:rsidRPr="00425616">
              <w:rPr>
                <w:rFonts w:ascii="Segoe UI Symbol" w:hAnsi="Segoe UI Symbol" w:cs="Segoe UI Symbol"/>
                <w:color w:val="auto"/>
                <w:lang w:val="it-IT"/>
              </w:rPr>
              <w:t>☐</w:t>
            </w:r>
            <w:r w:rsidRPr="00425616">
              <w:rPr>
                <w:color w:val="auto"/>
                <w:lang w:val="it-IT"/>
              </w:rPr>
              <w:t xml:space="preserve"> No   </w:t>
            </w:r>
            <w:r w:rsidRPr="00425616">
              <w:rPr>
                <w:rFonts w:ascii="Segoe UI Symbol" w:hAnsi="Segoe UI Symbol" w:cs="Segoe UI Symbol"/>
                <w:color w:val="auto"/>
                <w:lang w:val="it-IT"/>
              </w:rPr>
              <w:t>☐</w:t>
            </w:r>
            <w:r w:rsidRPr="00425616">
              <w:rPr>
                <w:color w:val="auto"/>
                <w:lang w:val="it-IT"/>
              </w:rPr>
              <w:t xml:space="preserve"> Sì – provvedimento di riconoscimento/equipollenza __________________</w:t>
            </w:r>
          </w:p>
        </w:tc>
      </w:tr>
      <w:tr w:rsidR="00DE7354" w:rsidRPr="00DA0943" w14:paraId="702E1C89" w14:textId="77777777" w:rsidTr="007800D4">
        <w:trPr>
          <w:cantSplit/>
          <w:jc w:val="center"/>
        </w:trPr>
        <w:tc>
          <w:tcPr>
            <w:tcW w:w="2835" w:type="dxa"/>
            <w:shd w:val="clear" w:color="auto" w:fill="D9EAF7"/>
            <w:tcMar>
              <w:top w:w="70" w:type="dxa"/>
              <w:left w:w="90" w:type="dxa"/>
              <w:bottom w:w="70" w:type="dxa"/>
              <w:right w:w="90" w:type="dxa"/>
            </w:tcMar>
            <w:vAlign w:val="center"/>
          </w:tcPr>
          <w:p w14:paraId="04D0D5A7" w14:textId="77777777" w:rsidR="00DE7354" w:rsidRPr="00DA0943" w:rsidRDefault="00DE7354" w:rsidP="00DE7354">
            <w:pPr>
              <w:spacing w:after="0" w:line="240" w:lineRule="auto"/>
              <w:rPr>
                <w:b/>
                <w:color w:val="auto"/>
                <w:sz w:val="15"/>
                <w:lang w:val="it-IT"/>
              </w:rPr>
            </w:pPr>
            <w:r w:rsidRPr="00DA0943">
              <w:rPr>
                <w:b/>
                <w:color w:val="auto"/>
                <w:sz w:val="15"/>
                <w:lang w:val="it-IT"/>
              </w:rPr>
              <w:t>Ordine / albo, se richiesto</w:t>
            </w:r>
          </w:p>
        </w:tc>
        <w:tc>
          <w:tcPr>
            <w:tcW w:w="6860" w:type="dxa"/>
            <w:tcMar>
              <w:top w:w="70" w:type="dxa"/>
              <w:left w:w="90" w:type="dxa"/>
              <w:bottom w:w="70" w:type="dxa"/>
              <w:right w:w="90" w:type="dxa"/>
            </w:tcMar>
            <w:vAlign w:val="center"/>
          </w:tcPr>
          <w:p w14:paraId="5AA111A0" w14:textId="77777777" w:rsidR="00DE7354" w:rsidRPr="00DA0943" w:rsidRDefault="00DE7354" w:rsidP="00DE7354">
            <w:pPr>
              <w:spacing w:after="0" w:line="240" w:lineRule="auto"/>
              <w:rPr>
                <w:color w:val="auto"/>
              </w:rPr>
            </w:pPr>
            <w:r w:rsidRPr="00DA0943">
              <w:rPr>
                <w:color w:val="auto"/>
              </w:rPr>
              <w:t>Ordine __________________ Sezione ____ n. ________ dal __________</w:t>
            </w:r>
          </w:p>
        </w:tc>
      </w:tr>
      <w:tr w:rsidR="00DE7354" w:rsidRPr="00DA0943" w14:paraId="152242C9" w14:textId="77777777" w:rsidTr="007800D4">
        <w:trPr>
          <w:cantSplit/>
          <w:jc w:val="center"/>
        </w:trPr>
        <w:tc>
          <w:tcPr>
            <w:tcW w:w="2835" w:type="dxa"/>
            <w:shd w:val="clear" w:color="auto" w:fill="D9EAF7"/>
            <w:tcMar>
              <w:top w:w="70" w:type="dxa"/>
              <w:left w:w="90" w:type="dxa"/>
              <w:bottom w:w="70" w:type="dxa"/>
              <w:right w:w="90" w:type="dxa"/>
            </w:tcMar>
            <w:vAlign w:val="center"/>
          </w:tcPr>
          <w:p w14:paraId="3409A5D0" w14:textId="77777777" w:rsidR="00DE7354" w:rsidRPr="00DA0943" w:rsidRDefault="00DE7354" w:rsidP="00DE7354">
            <w:pPr>
              <w:spacing w:after="0" w:line="240" w:lineRule="auto"/>
              <w:rPr>
                <w:b/>
                <w:color w:val="auto"/>
                <w:sz w:val="15"/>
                <w:lang w:val="it-IT"/>
              </w:rPr>
            </w:pPr>
            <w:r w:rsidRPr="00DA0943">
              <w:rPr>
                <w:b/>
                <w:color w:val="auto"/>
                <w:sz w:val="15"/>
                <w:lang w:val="it-IT"/>
              </w:rPr>
              <w:t>Specializzazione / abilitazione</w:t>
            </w:r>
          </w:p>
        </w:tc>
        <w:tc>
          <w:tcPr>
            <w:tcW w:w="6860" w:type="dxa"/>
            <w:tcMar>
              <w:top w:w="70" w:type="dxa"/>
              <w:left w:w="90" w:type="dxa"/>
              <w:bottom w:w="70" w:type="dxa"/>
              <w:right w:w="90" w:type="dxa"/>
            </w:tcMar>
            <w:vAlign w:val="center"/>
          </w:tcPr>
          <w:p w14:paraId="712AE1B8" w14:textId="77777777" w:rsidR="00DE7354" w:rsidRPr="00DA0943" w:rsidRDefault="00DE7354" w:rsidP="00DE7354">
            <w:pPr>
              <w:spacing w:after="0" w:line="240" w:lineRule="auto"/>
              <w:rPr>
                <w:color w:val="auto"/>
              </w:rPr>
            </w:pPr>
            <w:r w:rsidRPr="00DA0943">
              <w:rPr>
                <w:color w:val="auto"/>
              </w:rPr>
              <w:t>________________________________________________________________________</w:t>
            </w:r>
          </w:p>
        </w:tc>
      </w:tr>
    </w:tbl>
    <w:p w14:paraId="6A80F7C5" w14:textId="5E68E512" w:rsidR="00DE7354" w:rsidRPr="00DA0943" w:rsidRDefault="00DE7354" w:rsidP="00E11AC6">
      <w:pPr>
        <w:keepNext/>
        <w:spacing w:before="100" w:after="50" w:line="240" w:lineRule="auto"/>
        <w:rPr>
          <w:b/>
          <w:color w:val="auto"/>
          <w:sz w:val="21"/>
          <w:lang w:val="it-IT"/>
        </w:rPr>
      </w:pPr>
    </w:p>
    <w:tbl>
      <w:tblPr>
        <w:tblW w:w="0" w:type="auto"/>
        <w:jc w:val="center"/>
        <w:tblLayout w:type="fixed"/>
        <w:tblLook w:val="04A0" w:firstRow="1" w:lastRow="0" w:firstColumn="1" w:lastColumn="0" w:noHBand="0" w:noVBand="1"/>
      </w:tblPr>
      <w:tblGrid>
        <w:gridCol w:w="2835"/>
        <w:gridCol w:w="6860"/>
      </w:tblGrid>
      <w:tr w:rsidR="00312CB7" w:rsidRPr="00DA0943" w14:paraId="4158E688" w14:textId="77777777" w:rsidTr="007800D4">
        <w:trPr>
          <w:cantSplit/>
          <w:jc w:val="center"/>
        </w:trPr>
        <w:tc>
          <w:tcPr>
            <w:tcW w:w="2835" w:type="dxa"/>
            <w:shd w:val="clear" w:color="auto" w:fill="D9EAF7"/>
            <w:tcMar>
              <w:top w:w="70" w:type="dxa"/>
              <w:left w:w="90" w:type="dxa"/>
              <w:bottom w:w="70" w:type="dxa"/>
              <w:right w:w="90" w:type="dxa"/>
            </w:tcMar>
            <w:vAlign w:val="center"/>
          </w:tcPr>
          <w:p w14:paraId="5852CB2C" w14:textId="77777777" w:rsidR="00312CB7" w:rsidRPr="00DA0943" w:rsidRDefault="00312CB7" w:rsidP="00312CB7">
            <w:pPr>
              <w:spacing w:after="0" w:line="240" w:lineRule="auto"/>
              <w:rPr>
                <w:b/>
                <w:color w:val="auto"/>
                <w:sz w:val="15"/>
                <w:lang w:val="it-IT"/>
              </w:rPr>
            </w:pPr>
            <w:r w:rsidRPr="00DA0943">
              <w:rPr>
                <w:b/>
                <w:color w:val="auto"/>
                <w:sz w:val="15"/>
                <w:lang w:val="it-IT"/>
              </w:rPr>
              <w:t>Esperienza/esperienze maturate nell’ambito oggetto dell’incarico</w:t>
            </w:r>
          </w:p>
        </w:tc>
        <w:tc>
          <w:tcPr>
            <w:tcW w:w="6860" w:type="dxa"/>
            <w:tcMar>
              <w:top w:w="70" w:type="dxa"/>
              <w:left w:w="90" w:type="dxa"/>
              <w:bottom w:w="70" w:type="dxa"/>
              <w:right w:w="90" w:type="dxa"/>
            </w:tcMar>
            <w:vAlign w:val="center"/>
          </w:tcPr>
          <w:p w14:paraId="7B492D39" w14:textId="77777777" w:rsidR="00312CB7" w:rsidRPr="00DA0943" w:rsidRDefault="00312CB7" w:rsidP="00312CB7">
            <w:pPr>
              <w:spacing w:after="0" w:line="240" w:lineRule="auto"/>
              <w:rPr>
                <w:color w:val="auto"/>
              </w:rPr>
            </w:pPr>
            <w:r w:rsidRPr="00DA0943">
              <w:rPr>
                <w:color w:val="auto"/>
              </w:rPr>
              <w:t>________________________________________________________________________</w:t>
            </w:r>
          </w:p>
        </w:tc>
      </w:tr>
      <w:tr w:rsidR="00312CB7" w:rsidRPr="00DA0943" w14:paraId="23FE8208" w14:textId="77777777" w:rsidTr="007800D4">
        <w:trPr>
          <w:cantSplit/>
          <w:jc w:val="center"/>
        </w:trPr>
        <w:tc>
          <w:tcPr>
            <w:tcW w:w="2835" w:type="dxa"/>
            <w:shd w:val="clear" w:color="auto" w:fill="D9EAF7"/>
            <w:tcMar>
              <w:top w:w="70" w:type="dxa"/>
              <w:left w:w="90" w:type="dxa"/>
              <w:bottom w:w="70" w:type="dxa"/>
              <w:right w:w="90" w:type="dxa"/>
            </w:tcMar>
            <w:vAlign w:val="center"/>
          </w:tcPr>
          <w:p w14:paraId="0A90CEF2" w14:textId="77777777" w:rsidR="00312CB7" w:rsidRPr="00DA0943" w:rsidRDefault="00312CB7" w:rsidP="00312CB7">
            <w:pPr>
              <w:spacing w:after="0" w:line="240" w:lineRule="auto"/>
              <w:rPr>
                <w:b/>
                <w:color w:val="auto"/>
                <w:sz w:val="15"/>
                <w:lang w:val="it-IT"/>
              </w:rPr>
            </w:pPr>
            <w:r w:rsidRPr="00DA0943">
              <w:rPr>
                <w:b/>
                <w:color w:val="auto"/>
                <w:sz w:val="15"/>
                <w:lang w:val="it-IT"/>
              </w:rPr>
              <w:t>Ulteriori elementi legati alla specificità dell’attività da svolgere</w:t>
            </w:r>
          </w:p>
        </w:tc>
        <w:tc>
          <w:tcPr>
            <w:tcW w:w="6860" w:type="dxa"/>
            <w:tcMar>
              <w:top w:w="70" w:type="dxa"/>
              <w:left w:w="90" w:type="dxa"/>
              <w:bottom w:w="70" w:type="dxa"/>
              <w:right w:w="90" w:type="dxa"/>
            </w:tcMar>
            <w:vAlign w:val="center"/>
          </w:tcPr>
          <w:p w14:paraId="705FBDBA" w14:textId="6F32FD82" w:rsidR="00312CB7" w:rsidRPr="00DA0943" w:rsidRDefault="00312CB7" w:rsidP="00312CB7">
            <w:pPr>
              <w:spacing w:after="0" w:line="240" w:lineRule="auto"/>
              <w:rPr>
                <w:color w:val="auto"/>
              </w:rPr>
            </w:pPr>
            <w:r w:rsidRPr="00DA0943">
              <w:rPr>
                <w:color w:val="auto"/>
              </w:rPr>
              <w:t>_____________________________________________________________</w:t>
            </w:r>
            <w:r w:rsidR="00DA0943">
              <w:rPr>
                <w:color w:val="auto"/>
              </w:rPr>
              <w:t>___________</w:t>
            </w:r>
          </w:p>
        </w:tc>
      </w:tr>
      <w:tr w:rsidR="00312CB7" w:rsidRPr="00DA0943" w14:paraId="2DA4CF1C" w14:textId="77777777" w:rsidTr="007800D4">
        <w:trPr>
          <w:cantSplit/>
          <w:jc w:val="center"/>
        </w:trPr>
        <w:tc>
          <w:tcPr>
            <w:tcW w:w="2835" w:type="dxa"/>
            <w:shd w:val="clear" w:color="auto" w:fill="D9EAF7"/>
            <w:tcMar>
              <w:top w:w="70" w:type="dxa"/>
              <w:left w:w="90" w:type="dxa"/>
              <w:bottom w:w="70" w:type="dxa"/>
              <w:right w:w="90" w:type="dxa"/>
            </w:tcMar>
            <w:vAlign w:val="center"/>
          </w:tcPr>
          <w:p w14:paraId="75CF3150" w14:textId="082DB750" w:rsidR="00312CB7" w:rsidRPr="00DA0943" w:rsidRDefault="00DA0943" w:rsidP="00312CB7">
            <w:pPr>
              <w:spacing w:after="0" w:line="240" w:lineRule="auto"/>
              <w:rPr>
                <w:b/>
                <w:color w:val="auto"/>
                <w:sz w:val="15"/>
                <w:lang w:val="it-IT"/>
              </w:rPr>
            </w:pPr>
            <w:r w:rsidRPr="00DA0943">
              <w:rPr>
                <w:b/>
                <w:color w:val="auto"/>
                <w:sz w:val="15"/>
                <w:lang w:val="it-IT"/>
              </w:rPr>
              <w:t>Lingua</w:t>
            </w:r>
            <w:r w:rsidR="00312CB7" w:rsidRPr="00DA0943">
              <w:rPr>
                <w:b/>
                <w:color w:val="auto"/>
                <w:sz w:val="15"/>
                <w:lang w:val="it-IT"/>
              </w:rPr>
              <w:t xml:space="preserve">/e conosciute e </w:t>
            </w:r>
            <w:r>
              <w:rPr>
                <w:b/>
                <w:color w:val="auto"/>
                <w:sz w:val="15"/>
                <w:lang w:val="it-IT"/>
              </w:rPr>
              <w:t xml:space="preserve">relativo </w:t>
            </w:r>
            <w:r w:rsidR="00312CB7" w:rsidRPr="00DA0943">
              <w:rPr>
                <w:b/>
                <w:color w:val="auto"/>
                <w:sz w:val="15"/>
                <w:lang w:val="it-IT"/>
              </w:rPr>
              <w:t>livello</w:t>
            </w:r>
          </w:p>
        </w:tc>
        <w:tc>
          <w:tcPr>
            <w:tcW w:w="6860" w:type="dxa"/>
            <w:tcMar>
              <w:top w:w="70" w:type="dxa"/>
              <w:left w:w="90" w:type="dxa"/>
              <w:bottom w:w="70" w:type="dxa"/>
              <w:right w:w="90" w:type="dxa"/>
            </w:tcMar>
            <w:vAlign w:val="center"/>
          </w:tcPr>
          <w:p w14:paraId="28A3C40C" w14:textId="475EE686" w:rsidR="00312CB7" w:rsidRPr="00DA0943" w:rsidRDefault="00312CB7" w:rsidP="00312CB7">
            <w:pPr>
              <w:spacing w:after="0" w:line="240" w:lineRule="auto"/>
              <w:rPr>
                <w:color w:val="auto"/>
              </w:rPr>
            </w:pPr>
            <w:r w:rsidRPr="00DA0943">
              <w:rPr>
                <w:color w:val="auto"/>
              </w:rPr>
              <w:t>_________________________________________________________________________</w:t>
            </w:r>
          </w:p>
        </w:tc>
      </w:tr>
      <w:tr w:rsidR="005904B7" w:rsidRPr="00DA0943" w14:paraId="4912A669" w14:textId="77777777" w:rsidTr="007800D4">
        <w:trPr>
          <w:cantSplit/>
          <w:jc w:val="center"/>
        </w:trPr>
        <w:tc>
          <w:tcPr>
            <w:tcW w:w="2835" w:type="dxa"/>
            <w:shd w:val="clear" w:color="auto" w:fill="D9EAF7"/>
            <w:tcMar>
              <w:top w:w="70" w:type="dxa"/>
              <w:left w:w="90" w:type="dxa"/>
              <w:bottom w:w="70" w:type="dxa"/>
              <w:right w:w="90" w:type="dxa"/>
            </w:tcMar>
            <w:vAlign w:val="center"/>
          </w:tcPr>
          <w:p w14:paraId="06F88AF7" w14:textId="511E2D22" w:rsidR="005904B7" w:rsidRPr="00DA0943" w:rsidRDefault="005904B7" w:rsidP="00312CB7">
            <w:pPr>
              <w:spacing w:after="0" w:line="240" w:lineRule="auto"/>
              <w:rPr>
                <w:b/>
                <w:color w:val="auto"/>
                <w:sz w:val="15"/>
                <w:lang w:val="it-IT"/>
              </w:rPr>
            </w:pPr>
            <w:r w:rsidRPr="00DA0943">
              <w:rPr>
                <w:b/>
                <w:color w:val="auto"/>
                <w:sz w:val="15"/>
                <w:lang w:val="it-IT"/>
              </w:rPr>
              <w:t>Ulteriori titoli (indicare ciascun titolo completo di tutti gli estremi identificativi, con la relativa votazione</w:t>
            </w:r>
            <w:r w:rsidR="00DA0943">
              <w:rPr>
                <w:b/>
                <w:color w:val="auto"/>
                <w:sz w:val="15"/>
                <w:lang w:val="it-IT"/>
              </w:rPr>
              <w:t>, se del caso</w:t>
            </w:r>
            <w:r w:rsidRPr="00DA0943">
              <w:rPr>
                <w:b/>
                <w:color w:val="auto"/>
                <w:sz w:val="15"/>
                <w:lang w:val="it-IT"/>
              </w:rPr>
              <w:t>)</w:t>
            </w:r>
          </w:p>
        </w:tc>
        <w:tc>
          <w:tcPr>
            <w:tcW w:w="6860" w:type="dxa"/>
            <w:tcMar>
              <w:top w:w="70" w:type="dxa"/>
              <w:left w:w="90" w:type="dxa"/>
              <w:bottom w:w="70" w:type="dxa"/>
              <w:right w:w="90" w:type="dxa"/>
            </w:tcMar>
            <w:vAlign w:val="center"/>
          </w:tcPr>
          <w:p w14:paraId="07F7D0D1" w14:textId="4E5707FE" w:rsidR="005904B7" w:rsidRPr="00DA0943" w:rsidRDefault="005904B7" w:rsidP="00312CB7">
            <w:pPr>
              <w:spacing w:after="0" w:line="240" w:lineRule="auto"/>
              <w:rPr>
                <w:color w:val="auto"/>
                <w:lang w:val="it-IT"/>
              </w:rPr>
            </w:pPr>
            <w:r w:rsidRPr="00DA0943">
              <w:rPr>
                <w:color w:val="auto"/>
                <w:lang w:val="it-IT"/>
              </w:rPr>
              <w:t>___________________________________________________________________________</w:t>
            </w:r>
          </w:p>
        </w:tc>
      </w:tr>
    </w:tbl>
    <w:p w14:paraId="7FCC8868" w14:textId="77777777" w:rsidR="00312CB7" w:rsidRPr="00DA0943" w:rsidRDefault="00312CB7" w:rsidP="00312CB7">
      <w:pPr>
        <w:spacing w:after="26" w:line="240" w:lineRule="auto"/>
        <w:ind w:hanging="215"/>
        <w:rPr>
          <w:b/>
          <w:color w:val="auto"/>
          <w:sz w:val="21"/>
          <w:lang w:val="it-IT"/>
        </w:rPr>
      </w:pPr>
    </w:p>
    <w:p w14:paraId="0EB34CAA" w14:textId="29F96516" w:rsidR="00F83D6D" w:rsidRPr="00DA0943" w:rsidRDefault="00AF1DF8" w:rsidP="00E11AC6">
      <w:pPr>
        <w:keepNext/>
        <w:spacing w:before="100" w:after="50" w:line="240" w:lineRule="auto"/>
        <w:rPr>
          <w:color w:val="auto"/>
          <w:lang w:val="it-IT"/>
        </w:rPr>
      </w:pPr>
      <w:r w:rsidRPr="00DA0943">
        <w:rPr>
          <w:b/>
          <w:color w:val="auto"/>
          <w:sz w:val="21"/>
          <w:lang w:val="it-IT"/>
        </w:rPr>
        <w:t xml:space="preserve">6. </w:t>
      </w:r>
      <w:r w:rsidR="00DA0943" w:rsidRPr="00DA0943">
        <w:rPr>
          <w:b/>
          <w:color w:val="auto"/>
          <w:sz w:val="21"/>
          <w:lang w:val="it-IT"/>
        </w:rPr>
        <w:t>Posizione lavorativa, fiscale e previdenziale</w:t>
      </w:r>
    </w:p>
    <w:p w14:paraId="0F90D560" w14:textId="3FBE564F" w:rsidR="00F83D6D" w:rsidRPr="00DA0943" w:rsidRDefault="00DA0943">
      <w:pPr>
        <w:spacing w:line="240" w:lineRule="auto"/>
        <w:rPr>
          <w:color w:val="auto"/>
          <w:lang w:val="it-IT"/>
        </w:rPr>
      </w:pPr>
      <w:r w:rsidRPr="00DA0943">
        <w:rPr>
          <w:color w:val="auto"/>
          <w:lang w:val="it-IT"/>
        </w:rPr>
        <w:t>Dipendente di una pubblica amministrazione:  ☐ No   ☐ Sì, presso __________________________________________</w:t>
      </w:r>
      <w:r w:rsidR="00AF1DF8" w:rsidRPr="00DA0943">
        <w:rPr>
          <w:color w:val="auto"/>
          <w:lang w:val="it-IT"/>
        </w:rPr>
        <w:t>(specificare i periodi di servizio e le qualifiche rivestite nonché, in caso di cessazione, le cause di risoluzione del/i rapporto/i di impiego):_____________________________________________________________________________________________________</w:t>
      </w:r>
    </w:p>
    <w:p w14:paraId="42567F85"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se soggetto ad autorizzazione ai sensi dell’art. 53 del D.Lgs. n. 165/2001, di impegnarsi a produrla prima del conferimento e della stipula;</w:t>
      </w:r>
    </w:p>
    <w:p w14:paraId="0B66DB46" w14:textId="77777777" w:rsidR="00F83D6D" w:rsidRPr="00DA0943" w:rsidRDefault="00DA0943">
      <w:pPr>
        <w:spacing w:line="240" w:lineRule="auto"/>
        <w:rPr>
          <w:color w:val="auto"/>
          <w:lang w:val="it-IT"/>
        </w:rPr>
      </w:pPr>
      <w:r w:rsidRPr="00DA0943">
        <w:rPr>
          <w:color w:val="auto"/>
          <w:lang w:val="it-IT"/>
        </w:rPr>
        <w:t>Titolare di partita IVA:  ☐ No   ☐ Sì, n. ______________________  codice ATECO ______________________</w:t>
      </w:r>
    </w:p>
    <w:p w14:paraId="03F6CAA0" w14:textId="77777777" w:rsidR="00F83D6D" w:rsidRPr="00DA0943" w:rsidRDefault="00DA0943">
      <w:pPr>
        <w:spacing w:line="240" w:lineRule="auto"/>
        <w:rPr>
          <w:color w:val="auto"/>
          <w:lang w:val="it-IT"/>
        </w:rPr>
      </w:pPr>
      <w:r w:rsidRPr="00DA0943">
        <w:rPr>
          <w:color w:val="auto"/>
          <w:lang w:val="it-IT"/>
        </w:rPr>
        <w:t>Regime fiscale:  ☐ ordinario   ☐ forfetario   ☐ altro _______________________________________________</w:t>
      </w:r>
    </w:p>
    <w:p w14:paraId="2DC80676" w14:textId="77777777" w:rsidR="00F83D6D" w:rsidRPr="00DA0943" w:rsidRDefault="00DA0943">
      <w:pPr>
        <w:spacing w:line="240" w:lineRule="auto"/>
        <w:rPr>
          <w:color w:val="auto"/>
          <w:lang w:val="it-IT"/>
        </w:rPr>
      </w:pPr>
      <w:r w:rsidRPr="00DA0943">
        <w:rPr>
          <w:color w:val="auto"/>
          <w:lang w:val="it-IT"/>
        </w:rPr>
        <w:t>Prestazione resa nell’esercizio abituale dell’attività professionale:  ☐ Sì   ☐ No</w:t>
      </w:r>
    </w:p>
    <w:p w14:paraId="6DACA864" w14:textId="10CD8BF3" w:rsidR="00F83D6D" w:rsidRPr="00DA0943" w:rsidRDefault="00DA0943">
      <w:pPr>
        <w:spacing w:line="240" w:lineRule="auto"/>
        <w:rPr>
          <w:color w:val="auto"/>
          <w:lang w:val="it-IT"/>
        </w:rPr>
      </w:pPr>
      <w:r w:rsidRPr="00DA0943">
        <w:rPr>
          <w:color w:val="auto"/>
          <w:lang w:val="it-IT"/>
        </w:rPr>
        <w:t>Regime previdenziale:  ☐ Cassa professionale ________</w:t>
      </w:r>
      <w:r w:rsidR="00AF1DF8" w:rsidRPr="00DA0943">
        <w:rPr>
          <w:color w:val="auto"/>
          <w:lang w:val="it-IT"/>
        </w:rPr>
        <w:t xml:space="preserve">Di </w:t>
      </w:r>
      <w:r w:rsidRPr="00DA0943">
        <w:rPr>
          <w:color w:val="auto"/>
          <w:lang w:val="it-IT"/>
        </w:rPr>
        <w:t>__________  ☐ Gestione separata INPS  ☐ altro ___________</w:t>
      </w:r>
    </w:p>
    <w:p w14:paraId="13C50821"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impegnarsi a comunicare ogni variazione fiscale, previdenziale o professionale intervenuta prima della stipula o durante l’incarico.</w:t>
      </w:r>
    </w:p>
    <w:tbl>
      <w:tblPr>
        <w:tblW w:w="0" w:type="auto"/>
        <w:jc w:val="center"/>
        <w:tblLayout w:type="fixed"/>
        <w:tblLook w:val="04A0" w:firstRow="1" w:lastRow="0" w:firstColumn="1" w:lastColumn="0" w:noHBand="0" w:noVBand="1"/>
      </w:tblPr>
      <w:tblGrid>
        <w:gridCol w:w="9694"/>
      </w:tblGrid>
      <w:tr w:rsidR="00F83D6D" w:rsidRPr="00505691" w14:paraId="068C3E48" w14:textId="77777777">
        <w:trPr>
          <w:cantSplit/>
          <w:jc w:val="center"/>
        </w:trPr>
        <w:tc>
          <w:tcPr>
            <w:tcW w:w="9694" w:type="dxa"/>
            <w:shd w:val="clear" w:color="auto" w:fill="EAF3F8"/>
            <w:tcMar>
              <w:top w:w="90" w:type="dxa"/>
              <w:left w:w="120" w:type="dxa"/>
              <w:bottom w:w="90" w:type="dxa"/>
              <w:right w:w="120" w:type="dxa"/>
            </w:tcMar>
          </w:tcPr>
          <w:p w14:paraId="08D5A0F3" w14:textId="691CE3F6" w:rsidR="00F83D6D" w:rsidRPr="00DA0943" w:rsidRDefault="00DA0943">
            <w:pPr>
              <w:spacing w:after="0" w:line="240" w:lineRule="auto"/>
              <w:rPr>
                <w:b/>
                <w:bCs/>
                <w:color w:val="auto"/>
                <w:lang w:val="it-IT"/>
              </w:rPr>
            </w:pPr>
            <w:r w:rsidRPr="00DA0943">
              <w:rPr>
                <w:b/>
                <w:bCs/>
                <w:color w:val="auto"/>
                <w:sz w:val="15"/>
                <w:lang w:val="it-IT"/>
              </w:rPr>
              <w:t xml:space="preserve">Le informazioni della presente sezione sono richieste esclusivamente ai fini della corretta qualificazione fiscale, </w:t>
            </w:r>
            <w:r w:rsidR="00D251AA" w:rsidRPr="00DA0943">
              <w:rPr>
                <w:b/>
                <w:bCs/>
                <w:color w:val="auto"/>
                <w:sz w:val="15"/>
                <w:lang w:val="it-IT"/>
              </w:rPr>
              <w:t>previdenziale</w:t>
            </w:r>
            <w:r w:rsidRPr="00DA0943">
              <w:rPr>
                <w:b/>
                <w:bCs/>
                <w:color w:val="auto"/>
                <w:sz w:val="15"/>
                <w:lang w:val="it-IT"/>
              </w:rPr>
              <w:t xml:space="preserve"> e contrattuale dell’eventuale incarico e non costituiscono criteri di valutazione.</w:t>
            </w:r>
          </w:p>
        </w:tc>
      </w:tr>
    </w:tbl>
    <w:p w14:paraId="4D3E05E1" w14:textId="77777777" w:rsidR="00F83D6D" w:rsidRPr="00DA0943" w:rsidRDefault="00DA0943">
      <w:pPr>
        <w:keepNext/>
        <w:spacing w:before="100" w:after="50" w:line="240" w:lineRule="auto"/>
        <w:rPr>
          <w:color w:val="auto"/>
          <w:lang w:val="it-IT"/>
        </w:rPr>
      </w:pPr>
      <w:r w:rsidRPr="00DA0943">
        <w:rPr>
          <w:b/>
          <w:color w:val="auto"/>
          <w:sz w:val="21"/>
          <w:lang w:val="it-IT"/>
        </w:rPr>
        <w:t>7. Dichiarazioni procedurali</w:t>
      </w:r>
    </w:p>
    <w:p w14:paraId="5F746BA4"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aver preso integrale visione dell’Avviso, della Scheda progetto e delle condizioni di esecuzione dell’incarico e di accettarle;</w:t>
      </w:r>
    </w:p>
    <w:p w14:paraId="105269CB"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essere disponibile a sostenere il colloquio nella data e con le modalità stabilite dall’Avviso;</w:t>
      </w:r>
    </w:p>
    <w:p w14:paraId="44B143D9"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essere consapevole che l’Università effettuerà i controlli sulla veridicità delle dichiarazioni rese ai sensi degli artt. 71 e seguenti del D.P.R. n. 445/2000;</w:t>
      </w:r>
    </w:p>
    <w:p w14:paraId="5F84B106"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eleggere quale recapito per tutte le comunicazioni la PEC indicata nella sezione 2 e di impegnarsi a comunicarne ogni variazione;</w:t>
      </w:r>
    </w:p>
    <w:p w14:paraId="5EAF9BAF" w14:textId="6AAF08CD" w:rsidR="005904B7" w:rsidRPr="00DA0943" w:rsidRDefault="005904B7" w:rsidP="005904B7">
      <w:pPr>
        <w:spacing w:after="26" w:line="240" w:lineRule="auto"/>
        <w:ind w:hanging="215"/>
        <w:rPr>
          <w:color w:val="auto"/>
          <w:lang w:val="it-IT"/>
        </w:rPr>
      </w:pPr>
      <w:r w:rsidRPr="00DA0943">
        <w:rPr>
          <w:color w:val="auto"/>
          <w:sz w:val="18"/>
          <w:lang w:val="it-IT"/>
        </w:rPr>
        <w:t xml:space="preserve">☐ </w:t>
      </w:r>
      <w:r w:rsidRPr="00DA0943">
        <w:rPr>
          <w:color w:val="auto"/>
          <w:lang w:val="it-IT"/>
        </w:rPr>
        <w:t>di essere a conoscenza che l’Ateneo non assume responsabilità per la dispersione di comunicazioni dipendente da inesatta indicazione del recapito da parte del candidato oppure da mancata o tardiva comunicazione del cambiamento dell’indirizzo indicato nella domanda, nè per eventuali disguidi postali o telegrafici o comunque imputabili a fatto di terzi, a caso fortuito o forza maggiore.</w:t>
      </w:r>
    </w:p>
    <w:p w14:paraId="0088212E"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essere consapevole che l’eventuale conferimento è subordinato alla verifica dei requisiti, all’acquisizione della documentazione necessaria e agli adempimenti di pubblicità e trasparenza previsti dalla normativa vigente;</w:t>
      </w:r>
    </w:p>
    <w:p w14:paraId="7E5E7118" w14:textId="021A3387" w:rsidR="005904B7" w:rsidRPr="00DA0943" w:rsidRDefault="005904B7">
      <w:pPr>
        <w:spacing w:after="26" w:line="240" w:lineRule="auto"/>
        <w:ind w:hanging="215"/>
        <w:rPr>
          <w:color w:val="auto"/>
          <w:lang w:val="it-IT"/>
        </w:rPr>
      </w:pPr>
      <w:r w:rsidRPr="00DA0943">
        <w:rPr>
          <w:color w:val="auto"/>
          <w:sz w:val="18"/>
          <w:lang w:val="it-IT"/>
        </w:rPr>
        <w:t xml:space="preserve">☐ </w:t>
      </w:r>
      <w:r w:rsidRPr="00DA0943">
        <w:rPr>
          <w:color w:val="auto"/>
          <w:lang w:val="it-IT"/>
        </w:rPr>
        <w:t>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0D41302" w14:textId="79F9F588" w:rsidR="005904B7" w:rsidRPr="00DA0943" w:rsidRDefault="005904B7">
      <w:pPr>
        <w:spacing w:after="26" w:line="240" w:lineRule="auto"/>
        <w:ind w:hanging="215"/>
        <w:rPr>
          <w:color w:val="auto"/>
          <w:lang w:val="it-IT"/>
        </w:rPr>
      </w:pPr>
      <w:r w:rsidRPr="00DA0943">
        <w:rPr>
          <w:color w:val="auto"/>
          <w:sz w:val="18"/>
          <w:lang w:val="it-IT"/>
        </w:rPr>
        <w:t xml:space="preserve">☐ </w:t>
      </w:r>
      <w:r w:rsidRPr="00DA0943">
        <w:rPr>
          <w:color w:val="auto"/>
          <w:lang w:val="it-IT"/>
        </w:rPr>
        <w:t>di essere a conoscenza delle sanzioni penali cui incorre nel caso di dichiarazione mendace o contenenti dati non più rispondenti a verità, come previsto dall’art. 76 del D.P.R. 28.12.2000, n.  445.</w:t>
      </w:r>
    </w:p>
    <w:p w14:paraId="016D87B4" w14:textId="1084D160"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di aver preso visione dell’informativa sul trattamento dei dati personali resa ai sensi dell’art. 13 del Regolamento (UE) 2016/679</w:t>
      </w:r>
      <w:r w:rsidR="00D251AA" w:rsidRPr="00DA0943">
        <w:rPr>
          <w:color w:val="auto"/>
          <w:lang w:val="it-IT"/>
        </w:rPr>
        <w:t>.</w:t>
      </w:r>
    </w:p>
    <w:p w14:paraId="61FBBB63" w14:textId="77777777" w:rsidR="00F83D6D" w:rsidRPr="00DA0943" w:rsidRDefault="00DA0943">
      <w:pPr>
        <w:keepNext/>
        <w:spacing w:before="100" w:after="50" w:line="240" w:lineRule="auto"/>
        <w:rPr>
          <w:color w:val="auto"/>
          <w:lang w:val="it-IT"/>
        </w:rPr>
      </w:pPr>
      <w:r w:rsidRPr="00DA0943">
        <w:rPr>
          <w:b/>
          <w:color w:val="auto"/>
          <w:sz w:val="21"/>
          <w:lang w:val="it-IT"/>
        </w:rPr>
        <w:lastRenderedPageBreak/>
        <w:t>8. Allegati</w:t>
      </w:r>
    </w:p>
    <w:p w14:paraId="1150B6BF"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curriculum vitae in formato europeo, datato e sottoscritto, contenente dichiarazione sostitutiva ai sensi degli artt. 46 e 47 del D.P.R. n. 445/2000;</w:t>
      </w:r>
    </w:p>
    <w:p w14:paraId="607F6639"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copia di un documento di identità in corso di validità, se la domanda o il curriculum sono sottoscritti con firma autografa;</w:t>
      </w:r>
    </w:p>
    <w:p w14:paraId="12817253"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eventuale provvedimento di riconoscimento/equipollenza del titolo estero o documentazione prevista dall’Avviso;</w:t>
      </w:r>
    </w:p>
    <w:p w14:paraId="0B0B96EC" w14:textId="77777777" w:rsidR="00F83D6D" w:rsidRPr="00DA0943" w:rsidRDefault="00DA0943">
      <w:pPr>
        <w:spacing w:after="26" w:line="240" w:lineRule="auto"/>
        <w:ind w:hanging="215"/>
        <w:rPr>
          <w:color w:val="auto"/>
          <w:lang w:val="it-IT"/>
        </w:rPr>
      </w:pPr>
      <w:r w:rsidRPr="00DA0943">
        <w:rPr>
          <w:color w:val="auto"/>
          <w:sz w:val="18"/>
          <w:lang w:val="it-IT"/>
        </w:rPr>
        <w:t xml:space="preserve">☐ </w:t>
      </w:r>
      <w:r w:rsidRPr="00DA0943">
        <w:rPr>
          <w:color w:val="auto"/>
          <w:lang w:val="it-IT"/>
        </w:rPr>
        <w:t>eventuali ulteriori documenti espressamente richiesti per il profilo: ____________________________________________.</w:t>
      </w:r>
    </w:p>
    <w:tbl>
      <w:tblPr>
        <w:tblW w:w="0" w:type="auto"/>
        <w:jc w:val="center"/>
        <w:tblLayout w:type="fixed"/>
        <w:tblLook w:val="04A0" w:firstRow="1" w:lastRow="0" w:firstColumn="1" w:lastColumn="0" w:noHBand="0" w:noVBand="1"/>
      </w:tblPr>
      <w:tblGrid>
        <w:gridCol w:w="4847"/>
        <w:gridCol w:w="4847"/>
        <w:gridCol w:w="70"/>
      </w:tblGrid>
      <w:tr w:rsidR="00F83D6D" w:rsidRPr="00505691" w14:paraId="43B0E7BA" w14:textId="77777777">
        <w:trPr>
          <w:gridAfter w:val="1"/>
          <w:wAfter w:w="70" w:type="dxa"/>
          <w:cantSplit/>
          <w:jc w:val="center"/>
        </w:trPr>
        <w:tc>
          <w:tcPr>
            <w:tcW w:w="9694" w:type="dxa"/>
            <w:gridSpan w:val="2"/>
            <w:shd w:val="clear" w:color="auto" w:fill="EAF3F8"/>
            <w:tcMar>
              <w:top w:w="90" w:type="dxa"/>
              <w:left w:w="120" w:type="dxa"/>
              <w:bottom w:w="90" w:type="dxa"/>
              <w:right w:w="120" w:type="dxa"/>
            </w:tcMar>
          </w:tcPr>
          <w:p w14:paraId="56A99B1F" w14:textId="77777777" w:rsidR="00F83D6D" w:rsidRPr="00DA0943" w:rsidRDefault="00DA0943">
            <w:pPr>
              <w:spacing w:after="0" w:line="240" w:lineRule="auto"/>
              <w:rPr>
                <w:color w:val="auto"/>
                <w:lang w:val="it-IT"/>
              </w:rPr>
            </w:pPr>
            <w:r w:rsidRPr="00DA0943">
              <w:rPr>
                <w:color w:val="auto"/>
                <w:sz w:val="15"/>
                <w:lang w:val="it-IT"/>
              </w:rPr>
              <w:t>Denominazione consigliata del file: COGNOME_Nome_Profilo_[A1-A2-B-C-D].pdf</w:t>
            </w:r>
            <w:r w:rsidRPr="00DA0943">
              <w:rPr>
                <w:color w:val="auto"/>
                <w:sz w:val="15"/>
                <w:lang w:val="it-IT"/>
              </w:rPr>
              <w:br/>
              <w:t>Oggetto PEC: PROBEN PRIMA – PROFILO [codice] – Candidatura COGNOME Nome</w:t>
            </w:r>
          </w:p>
        </w:tc>
      </w:tr>
      <w:tr w:rsidR="00F83D6D" w:rsidRPr="00DA0943" w14:paraId="4906B787" w14:textId="77777777">
        <w:trPr>
          <w:cantSplit/>
          <w:jc w:val="center"/>
        </w:trPr>
        <w:tc>
          <w:tcPr>
            <w:tcW w:w="4847" w:type="dxa"/>
            <w:tcMar>
              <w:top w:w="180" w:type="dxa"/>
              <w:left w:w="50" w:type="dxa"/>
              <w:bottom w:w="50" w:type="dxa"/>
              <w:right w:w="50" w:type="dxa"/>
            </w:tcMar>
          </w:tcPr>
          <w:p w14:paraId="74B6A0E3" w14:textId="77777777" w:rsidR="00F83D6D" w:rsidRPr="00DA0943" w:rsidRDefault="00DA0943">
            <w:pPr>
              <w:spacing w:after="0" w:line="240" w:lineRule="auto"/>
              <w:rPr>
                <w:color w:val="auto"/>
              </w:rPr>
            </w:pPr>
            <w:r w:rsidRPr="00DA0943">
              <w:rPr>
                <w:color w:val="auto"/>
              </w:rPr>
              <w:t>Luogo e data ____________________________________</w:t>
            </w:r>
          </w:p>
        </w:tc>
        <w:tc>
          <w:tcPr>
            <w:tcW w:w="4847" w:type="dxa"/>
            <w:gridSpan w:val="2"/>
            <w:tcMar>
              <w:top w:w="180" w:type="dxa"/>
              <w:left w:w="50" w:type="dxa"/>
              <w:bottom w:w="50" w:type="dxa"/>
              <w:right w:w="50" w:type="dxa"/>
            </w:tcMar>
          </w:tcPr>
          <w:p w14:paraId="1D4707E6" w14:textId="77777777" w:rsidR="00F83D6D" w:rsidRPr="00DA0943" w:rsidRDefault="00DA0943">
            <w:pPr>
              <w:spacing w:after="0" w:line="240" w:lineRule="auto"/>
              <w:jc w:val="right"/>
              <w:rPr>
                <w:color w:val="auto"/>
              </w:rPr>
            </w:pPr>
            <w:r w:rsidRPr="00DA0943">
              <w:rPr>
                <w:b/>
                <w:color w:val="auto"/>
              </w:rPr>
              <w:t>Firma __________________________________________</w:t>
            </w:r>
          </w:p>
        </w:tc>
      </w:tr>
    </w:tbl>
    <w:p w14:paraId="21BB9FFE" w14:textId="77777777" w:rsidR="00DA0943" w:rsidRDefault="00DA0943">
      <w:pPr>
        <w:rPr>
          <w:color w:val="auto"/>
        </w:rPr>
      </w:pPr>
    </w:p>
    <w:p w14:paraId="00F36B0B" w14:textId="77777777" w:rsidR="00425616" w:rsidRDefault="00425616">
      <w:pPr>
        <w:rPr>
          <w:color w:val="auto"/>
        </w:rPr>
      </w:pPr>
    </w:p>
    <w:p w14:paraId="5588FBD7" w14:textId="03FCA03A" w:rsidR="00425616" w:rsidRDefault="00425616">
      <w:pPr>
        <w:spacing w:after="200" w:line="276" w:lineRule="auto"/>
        <w:rPr>
          <w:b/>
          <w:color w:val="auto"/>
          <w:lang w:val="it-IT"/>
        </w:rPr>
      </w:pPr>
      <w:r>
        <w:rPr>
          <w:b/>
          <w:color w:val="auto"/>
          <w:lang w:val="it-IT"/>
        </w:rPr>
        <w:br w:type="page"/>
      </w:r>
    </w:p>
    <w:p w14:paraId="46C16A5E" w14:textId="2D775D84" w:rsidR="00425616" w:rsidRPr="00425616" w:rsidRDefault="00425616" w:rsidP="00425616">
      <w:pPr>
        <w:rPr>
          <w:b/>
          <w:color w:val="auto"/>
          <w:lang w:val="it-IT"/>
        </w:rPr>
      </w:pPr>
    </w:p>
    <w:p w14:paraId="051A6BFF" w14:textId="77777777" w:rsidR="00425616" w:rsidRPr="00425616" w:rsidRDefault="00425616" w:rsidP="00425616">
      <w:pPr>
        <w:rPr>
          <w:b/>
          <w:color w:val="auto"/>
          <w:lang w:val="it-IT"/>
        </w:rPr>
      </w:pPr>
    </w:p>
    <w:p w14:paraId="606D0D52" w14:textId="2C134DD0" w:rsidR="00425616" w:rsidRPr="00505691" w:rsidRDefault="00505691" w:rsidP="00505691">
      <w:pPr>
        <w:jc w:val="center"/>
        <w:rPr>
          <w:b/>
          <w:color w:val="auto"/>
          <w:lang w:val="it-IT"/>
        </w:rPr>
      </w:pPr>
      <w:r w:rsidRPr="00505691">
        <w:rPr>
          <w:b/>
          <w:color w:val="auto"/>
          <w:lang w:val="it-IT"/>
        </w:rPr>
        <w:t>DICHIARAZIONE SOSTITUTIVA DI CERTIFICAZIONE E DELL’ATTO DI NOTORIETÀ</w:t>
      </w:r>
      <w:r w:rsidRPr="00505691">
        <w:rPr>
          <w:b/>
          <w:color w:val="auto"/>
          <w:lang w:val="it-IT"/>
        </w:rPr>
        <w:br/>
        <w:t>ai sensi degli artt. 46 e 47 del D.P.R. n. 445/2000</w:t>
      </w:r>
    </w:p>
    <w:p w14:paraId="52A4DBBA" w14:textId="77777777" w:rsidR="00425616" w:rsidRPr="00505691" w:rsidRDefault="00425616" w:rsidP="00425616">
      <w:pPr>
        <w:rPr>
          <w:b/>
          <w:color w:val="auto"/>
          <w:lang w:val="it-IT"/>
        </w:rPr>
      </w:pPr>
    </w:p>
    <w:p w14:paraId="198E5FB7" w14:textId="77777777" w:rsidR="00425616" w:rsidRPr="00505691" w:rsidRDefault="00425616" w:rsidP="00425616">
      <w:pPr>
        <w:rPr>
          <w:color w:val="auto"/>
          <w:lang w:val="it-IT"/>
        </w:rPr>
      </w:pPr>
    </w:p>
    <w:p w14:paraId="05FAAD9A" w14:textId="77777777" w:rsidR="00425616" w:rsidRPr="00425616" w:rsidRDefault="00425616" w:rsidP="00425616">
      <w:pPr>
        <w:rPr>
          <w:color w:val="auto"/>
          <w:lang w:val="it-IT"/>
        </w:rPr>
      </w:pPr>
      <w:r w:rsidRPr="00425616">
        <w:rPr>
          <w:color w:val="auto"/>
          <w:lang w:val="it-IT"/>
        </w:rPr>
        <w:t>__l ___ sottoscritt_________________________________________________________________</w:t>
      </w:r>
    </w:p>
    <w:p w14:paraId="7CE2904F" w14:textId="77777777" w:rsidR="00425616" w:rsidRPr="00425616" w:rsidRDefault="00425616" w:rsidP="00425616">
      <w:pPr>
        <w:rPr>
          <w:color w:val="auto"/>
          <w:lang w:val="it-IT"/>
        </w:rPr>
      </w:pPr>
      <w:r w:rsidRPr="00425616">
        <w:rPr>
          <w:color w:val="auto"/>
          <w:lang w:val="it-IT"/>
        </w:rPr>
        <w:t>nat__ a___________________________________ prov._________________il________________</w:t>
      </w:r>
    </w:p>
    <w:p w14:paraId="1AC71CB7" w14:textId="77777777" w:rsidR="00425616" w:rsidRPr="00425616" w:rsidRDefault="00425616" w:rsidP="00425616">
      <w:pPr>
        <w:rPr>
          <w:color w:val="auto"/>
          <w:lang w:val="it-IT"/>
        </w:rPr>
      </w:pPr>
      <w:r w:rsidRPr="00425616">
        <w:rPr>
          <w:color w:val="auto"/>
          <w:lang w:val="it-IT"/>
        </w:rPr>
        <w:t>e residente in __________________________Via _______________________________________</w:t>
      </w:r>
    </w:p>
    <w:p w14:paraId="63A54F40" w14:textId="77777777" w:rsidR="00425616" w:rsidRPr="00425616" w:rsidRDefault="00425616" w:rsidP="00425616">
      <w:pPr>
        <w:rPr>
          <w:i/>
          <w:color w:val="auto"/>
          <w:u w:val="single"/>
          <w:lang w:val="it-IT"/>
        </w:rPr>
      </w:pPr>
      <w:r w:rsidRPr="00425616">
        <w:rPr>
          <w:i/>
          <w:color w:val="auto"/>
          <w:u w:val="single"/>
          <w:lang w:val="it-IT"/>
        </w:rPr>
        <w:t>consapevole che in caso di dichiarazione mendace sarà punito ai sensi del codice penale e delle leggi speciali in materia,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57DE41FC" w14:textId="77777777" w:rsidR="00425616" w:rsidRPr="00425616" w:rsidRDefault="00425616" w:rsidP="00425616">
      <w:pPr>
        <w:rPr>
          <w:i/>
          <w:color w:val="auto"/>
          <w:lang w:val="it-IT"/>
        </w:rPr>
      </w:pPr>
    </w:p>
    <w:p w14:paraId="0496446E" w14:textId="77777777" w:rsidR="00425616" w:rsidRPr="00425616" w:rsidRDefault="00425616" w:rsidP="00425616">
      <w:pPr>
        <w:jc w:val="center"/>
        <w:rPr>
          <w:color w:val="auto"/>
          <w:lang w:val="it-IT"/>
        </w:rPr>
      </w:pPr>
      <w:r w:rsidRPr="00425616">
        <w:rPr>
          <w:color w:val="auto"/>
          <w:lang w:val="it-IT"/>
        </w:rPr>
        <w:t>DICHIARA:</w:t>
      </w:r>
    </w:p>
    <w:p w14:paraId="13CBE84F" w14:textId="77777777" w:rsidR="00425616" w:rsidRPr="00425616" w:rsidRDefault="00425616" w:rsidP="00425616">
      <w:pPr>
        <w:rPr>
          <w:color w:val="auto"/>
          <w:lang w:val="it-IT"/>
        </w:rPr>
      </w:pPr>
    </w:p>
    <w:p w14:paraId="109BE8F5" w14:textId="77777777" w:rsidR="00425616" w:rsidRPr="00425616" w:rsidRDefault="00425616" w:rsidP="00425616">
      <w:pPr>
        <w:rPr>
          <w:color w:val="auto"/>
          <w:lang w:val="it-IT"/>
        </w:rPr>
      </w:pPr>
      <w:r w:rsidRPr="00425616">
        <w:rPr>
          <w:color w:val="auto"/>
          <w:lang w:val="it-IT"/>
        </w:rPr>
        <w:t xml:space="preserve">che tutte le informazioni indicate nel </w:t>
      </w:r>
      <w:r w:rsidRPr="00425616">
        <w:rPr>
          <w:i/>
          <w:color w:val="auto"/>
          <w:lang w:val="it-IT"/>
        </w:rPr>
        <w:t xml:space="preserve">curriculum vitae </w:t>
      </w:r>
      <w:r w:rsidRPr="00425616">
        <w:rPr>
          <w:color w:val="auto"/>
          <w:lang w:val="it-IT"/>
        </w:rPr>
        <w:t>allegato, che è parte integrante e sostanziale della presente dichiarazione, relativo ai titoli posseduti e alle attività svolte, corrispondono a verità.</w:t>
      </w:r>
    </w:p>
    <w:p w14:paraId="4844B2B4" w14:textId="77777777" w:rsidR="00425616" w:rsidRPr="00425616" w:rsidRDefault="00425616" w:rsidP="00425616">
      <w:pPr>
        <w:rPr>
          <w:color w:val="auto"/>
          <w:lang w:val="it-IT"/>
        </w:rPr>
      </w:pPr>
    </w:p>
    <w:p w14:paraId="0E8889F9" w14:textId="77777777" w:rsidR="00425616" w:rsidRPr="00425616" w:rsidRDefault="00425616" w:rsidP="00425616">
      <w:pPr>
        <w:rPr>
          <w:color w:val="auto"/>
          <w:lang w:val="it-IT"/>
        </w:rPr>
      </w:pPr>
    </w:p>
    <w:p w14:paraId="2721BC1F" w14:textId="77777777" w:rsidR="00425616" w:rsidRPr="00425616" w:rsidRDefault="00425616" w:rsidP="00425616">
      <w:pPr>
        <w:rPr>
          <w:color w:val="auto"/>
          <w:lang w:val="it-IT"/>
        </w:rPr>
      </w:pPr>
      <w:r w:rsidRPr="00425616">
        <w:rPr>
          <w:color w:val="auto"/>
          <w:lang w:val="it-IT"/>
        </w:rPr>
        <w:t>____________ data_______________</w:t>
      </w:r>
    </w:p>
    <w:p w14:paraId="543AC09C" w14:textId="77777777" w:rsidR="00425616" w:rsidRPr="00425616" w:rsidRDefault="00425616" w:rsidP="00425616">
      <w:pPr>
        <w:rPr>
          <w:color w:val="auto"/>
          <w:lang w:val="it-IT"/>
        </w:rPr>
      </w:pPr>
    </w:p>
    <w:p w14:paraId="6CFC0838" w14:textId="77777777" w:rsidR="00425616" w:rsidRPr="00425616" w:rsidRDefault="00425616" w:rsidP="00425616">
      <w:pPr>
        <w:rPr>
          <w:color w:val="auto"/>
          <w:lang w:val="it-IT"/>
        </w:rPr>
      </w:pPr>
    </w:p>
    <w:p w14:paraId="1BD44D99" w14:textId="77777777" w:rsidR="00425616" w:rsidRPr="00425616" w:rsidRDefault="00425616" w:rsidP="00425616">
      <w:pPr>
        <w:rPr>
          <w:color w:val="auto"/>
          <w:lang w:val="it-IT"/>
        </w:rPr>
      </w:pPr>
    </w:p>
    <w:p w14:paraId="3AB1A6CC" w14:textId="77777777" w:rsidR="00425616" w:rsidRPr="00425616" w:rsidRDefault="00425616" w:rsidP="00425616">
      <w:pPr>
        <w:rPr>
          <w:color w:val="auto"/>
          <w:lang w:val="it-IT"/>
        </w:rPr>
      </w:pPr>
      <w:r w:rsidRPr="00425616">
        <w:rPr>
          <w:color w:val="auto"/>
          <w:lang w:val="it-IT"/>
        </w:rPr>
        <w:tab/>
      </w:r>
      <w:r w:rsidRPr="00425616">
        <w:rPr>
          <w:color w:val="auto"/>
          <w:lang w:val="it-IT"/>
        </w:rPr>
        <w:tab/>
      </w:r>
      <w:r w:rsidRPr="00425616">
        <w:rPr>
          <w:color w:val="auto"/>
          <w:lang w:val="it-IT"/>
        </w:rPr>
        <w:tab/>
      </w:r>
      <w:r w:rsidRPr="00425616">
        <w:rPr>
          <w:color w:val="auto"/>
          <w:lang w:val="it-IT"/>
        </w:rPr>
        <w:tab/>
      </w:r>
      <w:r w:rsidRPr="00425616">
        <w:rPr>
          <w:color w:val="auto"/>
          <w:lang w:val="it-IT"/>
        </w:rPr>
        <w:tab/>
      </w:r>
      <w:r w:rsidRPr="00425616">
        <w:rPr>
          <w:color w:val="auto"/>
          <w:lang w:val="it-IT"/>
        </w:rPr>
        <w:tab/>
        <w:t>Il dichiarante _________________________</w:t>
      </w:r>
    </w:p>
    <w:p w14:paraId="4C58AD23" w14:textId="77777777" w:rsidR="00425616" w:rsidRPr="00425616" w:rsidRDefault="00425616" w:rsidP="00425616">
      <w:pPr>
        <w:rPr>
          <w:color w:val="auto"/>
          <w:lang w:val="it-IT"/>
        </w:rPr>
      </w:pPr>
    </w:p>
    <w:p w14:paraId="00F6E711" w14:textId="77777777" w:rsidR="00425616" w:rsidRPr="00425616" w:rsidRDefault="00425616" w:rsidP="00425616">
      <w:pPr>
        <w:rPr>
          <w:color w:val="auto"/>
          <w:lang w:val="it-IT"/>
        </w:rPr>
      </w:pPr>
    </w:p>
    <w:p w14:paraId="1B0B385E" w14:textId="77777777" w:rsidR="00425616" w:rsidRPr="00425616" w:rsidRDefault="00425616" w:rsidP="00425616">
      <w:pPr>
        <w:rPr>
          <w:color w:val="auto"/>
          <w:lang w:val="it-IT"/>
        </w:rPr>
      </w:pPr>
    </w:p>
    <w:p w14:paraId="187E22AD" w14:textId="77777777" w:rsidR="00425616" w:rsidRPr="00425616" w:rsidRDefault="00425616" w:rsidP="00425616">
      <w:pPr>
        <w:rPr>
          <w:color w:val="auto"/>
          <w:lang w:val="it-IT"/>
        </w:rPr>
      </w:pPr>
    </w:p>
    <w:p w14:paraId="3A05127D" w14:textId="77777777" w:rsidR="00425616" w:rsidRPr="00425616" w:rsidRDefault="00425616" w:rsidP="00425616">
      <w:pPr>
        <w:rPr>
          <w:color w:val="auto"/>
          <w:lang w:val="it-IT"/>
        </w:rPr>
      </w:pPr>
    </w:p>
    <w:p w14:paraId="6FA31A1D" w14:textId="77777777" w:rsidR="00425616" w:rsidRPr="00425616" w:rsidRDefault="00425616" w:rsidP="00425616">
      <w:pPr>
        <w:rPr>
          <w:color w:val="auto"/>
          <w:lang w:val="it-IT"/>
        </w:rPr>
      </w:pPr>
    </w:p>
    <w:p w14:paraId="5F2DC4D1" w14:textId="77777777" w:rsidR="00425616" w:rsidRPr="00425616" w:rsidRDefault="00425616" w:rsidP="00425616">
      <w:pPr>
        <w:rPr>
          <w:color w:val="auto"/>
          <w:lang w:val="it-IT"/>
        </w:rPr>
      </w:pPr>
    </w:p>
    <w:p w14:paraId="79E4708C" w14:textId="77777777" w:rsidR="00425616" w:rsidRPr="00425616" w:rsidRDefault="00425616" w:rsidP="00425616">
      <w:pPr>
        <w:rPr>
          <w:color w:val="auto"/>
          <w:lang w:val="it-IT"/>
        </w:rPr>
      </w:pPr>
    </w:p>
    <w:p w14:paraId="4BBE96E8" w14:textId="77777777" w:rsidR="00425616" w:rsidRPr="00425616" w:rsidRDefault="00425616" w:rsidP="00425616">
      <w:pPr>
        <w:rPr>
          <w:color w:val="auto"/>
          <w:lang w:val="it-IT"/>
        </w:rPr>
      </w:pPr>
    </w:p>
    <w:p w14:paraId="69B0196C" w14:textId="77777777" w:rsidR="00425616" w:rsidRPr="00425616" w:rsidRDefault="00425616" w:rsidP="00425616">
      <w:pPr>
        <w:rPr>
          <w:color w:val="auto"/>
          <w:lang w:val="it-IT"/>
        </w:rPr>
      </w:pPr>
    </w:p>
    <w:p w14:paraId="23CC2797" w14:textId="77777777" w:rsidR="00425616" w:rsidRPr="00425616" w:rsidRDefault="00425616" w:rsidP="00425616">
      <w:pPr>
        <w:rPr>
          <w:b/>
          <w:color w:val="auto"/>
          <w:u w:val="single"/>
          <w:lang w:val="it-IT"/>
        </w:rPr>
      </w:pPr>
    </w:p>
    <w:p w14:paraId="6A17A026" w14:textId="77777777" w:rsidR="00425616" w:rsidRPr="00425616" w:rsidRDefault="00425616" w:rsidP="00425616">
      <w:pPr>
        <w:rPr>
          <w:b/>
          <w:color w:val="auto"/>
          <w:u w:val="single"/>
          <w:lang w:val="it-IT"/>
        </w:rPr>
      </w:pPr>
    </w:p>
    <w:p w14:paraId="2767B8E8" w14:textId="77777777" w:rsidR="00425616" w:rsidRPr="00425616" w:rsidRDefault="00425616" w:rsidP="00425616">
      <w:pPr>
        <w:rPr>
          <w:b/>
          <w:color w:val="auto"/>
          <w:u w:val="single"/>
          <w:lang w:val="it-IT"/>
        </w:rPr>
      </w:pPr>
    </w:p>
    <w:p w14:paraId="512D73B9" w14:textId="77777777" w:rsidR="00425616" w:rsidRPr="00425616" w:rsidRDefault="00425616" w:rsidP="00425616">
      <w:pPr>
        <w:rPr>
          <w:b/>
          <w:color w:val="auto"/>
          <w:u w:val="single"/>
          <w:lang w:val="it-IT"/>
        </w:rPr>
      </w:pPr>
    </w:p>
    <w:p w14:paraId="57BD5912" w14:textId="77777777" w:rsidR="00425616" w:rsidRPr="00425616" w:rsidRDefault="00425616" w:rsidP="00425616">
      <w:pPr>
        <w:rPr>
          <w:b/>
          <w:color w:val="auto"/>
          <w:u w:val="single"/>
          <w:lang w:val="it-IT"/>
        </w:rPr>
      </w:pPr>
    </w:p>
    <w:p w14:paraId="160EF1B7" w14:textId="77777777" w:rsidR="00425616" w:rsidRPr="00425616" w:rsidRDefault="00425616" w:rsidP="00425616">
      <w:pPr>
        <w:rPr>
          <w:b/>
          <w:color w:val="auto"/>
          <w:u w:val="single"/>
          <w:lang w:val="it-IT"/>
        </w:rPr>
      </w:pPr>
    </w:p>
    <w:p w14:paraId="565BBBB7" w14:textId="77777777" w:rsidR="00425616" w:rsidRPr="00425616" w:rsidRDefault="00425616" w:rsidP="00425616">
      <w:pPr>
        <w:rPr>
          <w:b/>
          <w:color w:val="auto"/>
          <w:u w:val="single"/>
          <w:lang w:val="it-IT"/>
        </w:rPr>
      </w:pPr>
    </w:p>
    <w:p w14:paraId="183D4B34" w14:textId="77777777" w:rsidR="00425616" w:rsidRPr="00425616" w:rsidRDefault="00425616" w:rsidP="00425616">
      <w:pPr>
        <w:rPr>
          <w:b/>
          <w:color w:val="auto"/>
          <w:u w:val="single"/>
          <w:lang w:val="it-IT"/>
        </w:rPr>
      </w:pPr>
    </w:p>
    <w:p w14:paraId="027AB6B4" w14:textId="77777777" w:rsidR="00425616" w:rsidRPr="00425616" w:rsidRDefault="00425616" w:rsidP="00425616">
      <w:pPr>
        <w:rPr>
          <w:b/>
          <w:color w:val="auto"/>
          <w:u w:val="single"/>
          <w:lang w:val="it-IT"/>
        </w:rPr>
      </w:pPr>
    </w:p>
    <w:p w14:paraId="38BFBC55" w14:textId="77777777" w:rsidR="00425616" w:rsidRPr="00425616" w:rsidRDefault="00425616" w:rsidP="00425616">
      <w:pPr>
        <w:rPr>
          <w:b/>
          <w:color w:val="auto"/>
          <w:u w:val="single"/>
          <w:lang w:val="it-IT"/>
        </w:rPr>
      </w:pPr>
    </w:p>
    <w:p w14:paraId="2EA8D16A" w14:textId="77777777" w:rsidR="00425616" w:rsidRPr="00425616" w:rsidRDefault="00425616" w:rsidP="00425616">
      <w:pPr>
        <w:rPr>
          <w:b/>
          <w:color w:val="auto"/>
          <w:u w:val="single"/>
          <w:lang w:val="it-IT"/>
        </w:rPr>
      </w:pPr>
    </w:p>
    <w:p w14:paraId="1D769365" w14:textId="77777777" w:rsidR="00425616" w:rsidRPr="00425616" w:rsidRDefault="00425616" w:rsidP="00425616">
      <w:pPr>
        <w:rPr>
          <w:b/>
          <w:color w:val="auto"/>
          <w:u w:val="single"/>
          <w:lang w:val="it-IT"/>
        </w:rPr>
      </w:pPr>
    </w:p>
    <w:p w14:paraId="690152E5" w14:textId="24216A8C" w:rsidR="00425616" w:rsidRDefault="00425616">
      <w:pPr>
        <w:spacing w:after="200" w:line="276" w:lineRule="auto"/>
        <w:rPr>
          <w:b/>
          <w:color w:val="auto"/>
          <w:lang w:val="it-IT"/>
        </w:rPr>
      </w:pPr>
      <w:r>
        <w:rPr>
          <w:b/>
          <w:color w:val="auto"/>
          <w:lang w:val="it-IT"/>
        </w:rPr>
        <w:br w:type="page"/>
      </w:r>
    </w:p>
    <w:p w14:paraId="31014C36" w14:textId="77777777" w:rsidR="00425616" w:rsidRPr="00425616" w:rsidRDefault="00425616" w:rsidP="00425616">
      <w:pPr>
        <w:rPr>
          <w:b/>
          <w:color w:val="auto"/>
          <w:lang w:val="it-IT"/>
        </w:rPr>
      </w:pPr>
    </w:p>
    <w:p w14:paraId="72D606C9" w14:textId="77777777" w:rsidR="00425616" w:rsidRPr="00425616" w:rsidRDefault="00425616" w:rsidP="00505691">
      <w:pPr>
        <w:jc w:val="center"/>
        <w:rPr>
          <w:b/>
          <w:color w:val="auto"/>
          <w:lang w:val="it-IT"/>
        </w:rPr>
      </w:pPr>
      <w:r w:rsidRPr="00425616">
        <w:rPr>
          <w:b/>
          <w:color w:val="auto"/>
          <w:lang w:val="it-IT"/>
        </w:rPr>
        <w:t>DICHIARAZIONE SOSTITUTIVA DELL’ATTO DI NOTORIETA’</w:t>
      </w:r>
    </w:p>
    <w:p w14:paraId="17CF46EE" w14:textId="77777777" w:rsidR="00425616" w:rsidRDefault="00425616" w:rsidP="00505691">
      <w:pPr>
        <w:jc w:val="center"/>
        <w:rPr>
          <w:b/>
          <w:color w:val="auto"/>
          <w:lang w:val="it-IT"/>
        </w:rPr>
      </w:pPr>
      <w:r w:rsidRPr="00425616">
        <w:rPr>
          <w:b/>
          <w:color w:val="auto"/>
          <w:lang w:val="it-IT"/>
        </w:rPr>
        <w:t>art. 47 del D.P.R. 28 dicembre 2000 n. 445</w:t>
      </w:r>
    </w:p>
    <w:p w14:paraId="023DD9AA" w14:textId="21EABEC2" w:rsidR="00505691" w:rsidRPr="00505691" w:rsidRDefault="00505691" w:rsidP="00505691">
      <w:pPr>
        <w:rPr>
          <w:color w:val="auto"/>
          <w:lang w:val="it-IT"/>
        </w:rPr>
      </w:pPr>
      <w:r>
        <w:rPr>
          <w:color w:val="auto"/>
          <w:lang w:val="it-IT"/>
        </w:rPr>
        <w:t>(</w:t>
      </w:r>
      <w:r w:rsidRPr="00505691">
        <w:rPr>
          <w:color w:val="auto"/>
          <w:lang w:val="it-IT"/>
        </w:rPr>
        <w:t>Modello eventuale, da compilare soltanto in caso di produzione di copie di documenti delle quali il candidato intenda dichiarare la conformità all’originale</w:t>
      </w:r>
      <w:r>
        <w:rPr>
          <w:color w:val="auto"/>
          <w:lang w:val="it-IT"/>
        </w:rPr>
        <w:t>).</w:t>
      </w:r>
    </w:p>
    <w:p w14:paraId="08C82B9D" w14:textId="77777777" w:rsidR="00505691" w:rsidRPr="00505691" w:rsidRDefault="00505691" w:rsidP="00505691">
      <w:pPr>
        <w:jc w:val="center"/>
        <w:rPr>
          <w:bCs/>
          <w:color w:val="auto"/>
          <w:lang w:val="it-IT"/>
        </w:rPr>
      </w:pPr>
    </w:p>
    <w:p w14:paraId="05E0E052" w14:textId="77777777" w:rsidR="00425616" w:rsidRPr="00425616" w:rsidRDefault="00425616" w:rsidP="00425616">
      <w:pPr>
        <w:rPr>
          <w:color w:val="auto"/>
          <w:lang w:val="it-IT"/>
        </w:rPr>
      </w:pPr>
    </w:p>
    <w:p w14:paraId="1F0A64AF" w14:textId="77777777" w:rsidR="00425616" w:rsidRPr="00425616" w:rsidRDefault="00425616" w:rsidP="00425616">
      <w:pPr>
        <w:rPr>
          <w:color w:val="auto"/>
          <w:lang w:val="it-IT"/>
        </w:rPr>
      </w:pPr>
    </w:p>
    <w:p w14:paraId="6CC55E92" w14:textId="77777777" w:rsidR="00425616" w:rsidRPr="00425616" w:rsidRDefault="00425616" w:rsidP="00425616">
      <w:pPr>
        <w:rPr>
          <w:color w:val="auto"/>
          <w:lang w:val="it-IT"/>
        </w:rPr>
      </w:pPr>
      <w:r w:rsidRPr="00425616">
        <w:rPr>
          <w:color w:val="auto"/>
          <w:lang w:val="it-IT"/>
        </w:rPr>
        <w:t>__l ___ sottoscritt_________________________________________________________________</w:t>
      </w:r>
    </w:p>
    <w:p w14:paraId="6AC9EE70" w14:textId="77777777" w:rsidR="00425616" w:rsidRPr="00425616" w:rsidRDefault="00425616" w:rsidP="00425616">
      <w:pPr>
        <w:rPr>
          <w:color w:val="auto"/>
          <w:lang w:val="it-IT"/>
        </w:rPr>
      </w:pPr>
      <w:r w:rsidRPr="00425616">
        <w:rPr>
          <w:color w:val="auto"/>
          <w:lang w:val="it-IT"/>
        </w:rPr>
        <w:t>nat__ a___________________________________ prov._________________il________________</w:t>
      </w:r>
    </w:p>
    <w:p w14:paraId="5FCD3200" w14:textId="77777777" w:rsidR="00425616" w:rsidRPr="00425616" w:rsidRDefault="00425616" w:rsidP="00425616">
      <w:pPr>
        <w:rPr>
          <w:color w:val="auto"/>
          <w:lang w:val="it-IT"/>
        </w:rPr>
      </w:pPr>
      <w:r w:rsidRPr="00425616">
        <w:rPr>
          <w:color w:val="auto"/>
          <w:lang w:val="it-IT"/>
        </w:rPr>
        <w:t>e residente in __________________________Via _______________________________________</w:t>
      </w:r>
    </w:p>
    <w:p w14:paraId="5E0418D1" w14:textId="77777777" w:rsidR="00425616" w:rsidRPr="00425616" w:rsidRDefault="00425616" w:rsidP="00425616">
      <w:pPr>
        <w:rPr>
          <w:i/>
          <w:color w:val="auto"/>
          <w:u w:val="single"/>
          <w:lang w:val="it-IT"/>
        </w:rPr>
      </w:pPr>
      <w:r w:rsidRPr="00425616">
        <w:rPr>
          <w:i/>
          <w:color w:val="auto"/>
          <w:u w:val="single"/>
          <w:lang w:val="it-IT"/>
        </w:rPr>
        <w:t>consapevole che in caso di dichiarazione mendace sarà punito ai sensi del codice penale e delle leggi speciali in materia,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5E38FC91" w14:textId="77777777" w:rsidR="00425616" w:rsidRPr="00425616" w:rsidRDefault="00425616" w:rsidP="00425616">
      <w:pPr>
        <w:jc w:val="center"/>
        <w:rPr>
          <w:color w:val="auto"/>
          <w:u w:val="single"/>
          <w:lang w:val="it-IT"/>
        </w:rPr>
      </w:pPr>
    </w:p>
    <w:p w14:paraId="4B3E1D11" w14:textId="77777777" w:rsidR="00425616" w:rsidRPr="00425616" w:rsidRDefault="00425616" w:rsidP="00425616">
      <w:pPr>
        <w:jc w:val="center"/>
        <w:rPr>
          <w:color w:val="auto"/>
          <w:lang w:val="it-IT"/>
        </w:rPr>
      </w:pPr>
      <w:r w:rsidRPr="00425616">
        <w:rPr>
          <w:color w:val="auto"/>
          <w:lang w:val="it-IT"/>
        </w:rPr>
        <w:t>DICHIARA:</w:t>
      </w:r>
    </w:p>
    <w:p w14:paraId="28EDFF93" w14:textId="77777777" w:rsidR="00425616" w:rsidRPr="00425616" w:rsidRDefault="00425616" w:rsidP="00425616">
      <w:pPr>
        <w:rPr>
          <w:color w:val="auto"/>
          <w:lang w:val="it-IT"/>
        </w:rPr>
      </w:pPr>
    </w:p>
    <w:p w14:paraId="4D72818B" w14:textId="77777777" w:rsidR="00425616" w:rsidRPr="00425616" w:rsidRDefault="00425616" w:rsidP="00425616">
      <w:pPr>
        <w:rPr>
          <w:color w:val="auto"/>
          <w:lang w:val="it-IT"/>
        </w:rPr>
      </w:pPr>
      <w:r w:rsidRPr="00425616">
        <w:rPr>
          <w:color w:val="auto"/>
          <w:lang w:val="it-IT"/>
        </w:rPr>
        <w:t>i seguenti documenti allegati : ________________________________________________</w:t>
      </w:r>
    </w:p>
    <w:p w14:paraId="3CE094DA" w14:textId="77777777" w:rsidR="00425616" w:rsidRPr="00425616" w:rsidRDefault="00425616" w:rsidP="00425616">
      <w:pPr>
        <w:rPr>
          <w:i/>
          <w:color w:val="auto"/>
          <w:lang w:val="it-IT"/>
        </w:rPr>
      </w:pPr>
      <w:r w:rsidRPr="00425616">
        <w:rPr>
          <w:color w:val="auto"/>
          <w:lang w:val="it-IT"/>
        </w:rPr>
        <w:t xml:space="preserve">                                                                                                        </w:t>
      </w:r>
      <w:r w:rsidRPr="00425616">
        <w:rPr>
          <w:i/>
          <w:color w:val="auto"/>
          <w:lang w:val="it-IT"/>
        </w:rPr>
        <w:t>(titolo)</w:t>
      </w:r>
    </w:p>
    <w:p w14:paraId="0EBB437E" w14:textId="77777777" w:rsidR="00425616" w:rsidRPr="00425616" w:rsidRDefault="00425616" w:rsidP="00425616">
      <w:pPr>
        <w:rPr>
          <w:color w:val="auto"/>
          <w:lang w:val="it-IT"/>
        </w:rPr>
      </w:pPr>
      <w:r w:rsidRPr="00425616">
        <w:rPr>
          <w:color w:val="auto"/>
          <w:lang w:val="it-IT"/>
        </w:rPr>
        <w:t>________________________________________________________________________________</w:t>
      </w:r>
    </w:p>
    <w:p w14:paraId="4118F983" w14:textId="77777777" w:rsidR="00425616" w:rsidRPr="00425616" w:rsidRDefault="00425616" w:rsidP="00425616">
      <w:pPr>
        <w:rPr>
          <w:color w:val="auto"/>
          <w:lang w:val="it-IT"/>
        </w:rPr>
      </w:pPr>
    </w:p>
    <w:p w14:paraId="7628EE07" w14:textId="77777777" w:rsidR="00425616" w:rsidRPr="00425616" w:rsidRDefault="00425616" w:rsidP="00425616">
      <w:pPr>
        <w:rPr>
          <w:color w:val="auto"/>
          <w:lang w:val="it-IT"/>
        </w:rPr>
      </w:pPr>
      <w:r w:rsidRPr="00425616">
        <w:rPr>
          <w:color w:val="auto"/>
          <w:lang w:val="it-IT"/>
        </w:rPr>
        <w:t>sono conformi all’originale.</w:t>
      </w:r>
    </w:p>
    <w:p w14:paraId="1B4081C6" w14:textId="77777777" w:rsidR="00425616" w:rsidRPr="00425616" w:rsidRDefault="00425616" w:rsidP="00425616">
      <w:pPr>
        <w:rPr>
          <w:color w:val="auto"/>
          <w:lang w:val="it-IT"/>
        </w:rPr>
      </w:pPr>
    </w:p>
    <w:p w14:paraId="14BF4CE5" w14:textId="77777777" w:rsidR="00425616" w:rsidRPr="00425616" w:rsidRDefault="00425616" w:rsidP="00425616">
      <w:pPr>
        <w:rPr>
          <w:color w:val="auto"/>
          <w:lang w:val="it-IT"/>
        </w:rPr>
      </w:pPr>
    </w:p>
    <w:p w14:paraId="09F59701" w14:textId="77777777" w:rsidR="00425616" w:rsidRPr="00425616" w:rsidRDefault="00425616" w:rsidP="00425616">
      <w:pPr>
        <w:rPr>
          <w:color w:val="auto"/>
          <w:lang w:val="it-IT"/>
        </w:rPr>
      </w:pPr>
    </w:p>
    <w:p w14:paraId="2DAEC27A" w14:textId="77777777" w:rsidR="00425616" w:rsidRPr="00425616" w:rsidRDefault="00425616" w:rsidP="00425616">
      <w:pPr>
        <w:rPr>
          <w:color w:val="auto"/>
          <w:lang w:val="it-IT"/>
        </w:rPr>
      </w:pPr>
      <w:r w:rsidRPr="00425616">
        <w:rPr>
          <w:color w:val="auto"/>
          <w:lang w:val="it-IT"/>
        </w:rPr>
        <w:t>data_______________</w:t>
      </w:r>
      <w:r w:rsidRPr="00425616">
        <w:rPr>
          <w:color w:val="auto"/>
          <w:lang w:val="it-IT"/>
        </w:rPr>
        <w:tab/>
      </w:r>
      <w:r w:rsidRPr="00425616">
        <w:rPr>
          <w:color w:val="auto"/>
          <w:lang w:val="it-IT"/>
        </w:rPr>
        <w:tab/>
      </w:r>
      <w:r w:rsidRPr="00425616">
        <w:rPr>
          <w:color w:val="auto"/>
          <w:lang w:val="it-IT"/>
        </w:rPr>
        <w:tab/>
        <w:t>Il dichiarante _________________________</w:t>
      </w:r>
    </w:p>
    <w:p w14:paraId="2467963E" w14:textId="77777777" w:rsidR="00425616" w:rsidRPr="00425616" w:rsidRDefault="00425616" w:rsidP="00425616">
      <w:pPr>
        <w:rPr>
          <w:color w:val="auto"/>
          <w:lang w:val="it-IT"/>
        </w:rPr>
      </w:pPr>
    </w:p>
    <w:p w14:paraId="34FB8CC9" w14:textId="77777777" w:rsidR="00425616" w:rsidRPr="00425616" w:rsidRDefault="00425616" w:rsidP="00425616">
      <w:pPr>
        <w:rPr>
          <w:color w:val="auto"/>
          <w:lang w:val="it-IT"/>
        </w:rPr>
      </w:pPr>
    </w:p>
    <w:p w14:paraId="3154C0B4" w14:textId="77777777" w:rsidR="00425616" w:rsidRPr="00425616" w:rsidRDefault="00425616" w:rsidP="00425616">
      <w:pPr>
        <w:rPr>
          <w:color w:val="auto"/>
          <w:lang w:val="it-IT"/>
        </w:rPr>
      </w:pPr>
    </w:p>
    <w:p w14:paraId="6EBCD504" w14:textId="77777777" w:rsidR="00425616" w:rsidRPr="00425616" w:rsidRDefault="00425616" w:rsidP="00425616">
      <w:pPr>
        <w:rPr>
          <w:color w:val="auto"/>
          <w:lang w:val="it-IT"/>
        </w:rPr>
      </w:pPr>
    </w:p>
    <w:p w14:paraId="5D44FD5A" w14:textId="77777777" w:rsidR="00425616" w:rsidRPr="00425616" w:rsidRDefault="00425616" w:rsidP="00425616">
      <w:pPr>
        <w:rPr>
          <w:color w:val="auto"/>
          <w:lang w:val="it-IT"/>
        </w:rPr>
      </w:pPr>
    </w:p>
    <w:p w14:paraId="5B670318" w14:textId="77777777" w:rsidR="00425616" w:rsidRPr="00505691" w:rsidRDefault="00425616">
      <w:pPr>
        <w:rPr>
          <w:color w:val="auto"/>
          <w:lang w:val="it-IT"/>
        </w:rPr>
      </w:pPr>
    </w:p>
    <w:sectPr w:rsidR="00425616" w:rsidRPr="00505691" w:rsidSect="00034616">
      <w:headerReference w:type="default" r:id="rId8"/>
      <w:footerReference w:type="default" r:id="rId9"/>
      <w:pgSz w:w="11906" w:h="16838"/>
      <w:pgMar w:top="765" w:right="964" w:bottom="765" w:left="964" w:header="369"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D645" w14:textId="77777777" w:rsidR="00DA0943" w:rsidRDefault="00DA0943">
      <w:pPr>
        <w:spacing w:after="0" w:line="240" w:lineRule="auto"/>
      </w:pPr>
      <w:r>
        <w:separator/>
      </w:r>
    </w:p>
  </w:endnote>
  <w:endnote w:type="continuationSeparator" w:id="0">
    <w:p w14:paraId="4696907F" w14:textId="77777777" w:rsidR="00DA0943" w:rsidRDefault="00DA0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FD5F" w14:textId="77777777" w:rsidR="00F83D6D" w:rsidRPr="002923FB" w:rsidRDefault="00DA0943">
    <w:pPr>
      <w:pStyle w:val="Pidipagina"/>
      <w:jc w:val="center"/>
      <w:rPr>
        <w:lang w:val="it-IT"/>
      </w:rPr>
    </w:pPr>
    <w:r w:rsidRPr="002923FB">
      <w:rPr>
        <w:rFonts w:ascii="Calibri" w:hAnsi="Calibri"/>
        <w:color w:val="5B6573"/>
        <w:sz w:val="15"/>
        <w:lang w:val="it-IT"/>
      </w:rPr>
      <w:t>Allegato A – Domanda di partecipazione  |  CUP C53C24001700001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4DD0" w14:textId="77777777" w:rsidR="00DA0943" w:rsidRDefault="00DA0943">
      <w:pPr>
        <w:spacing w:after="0" w:line="240" w:lineRule="auto"/>
      </w:pPr>
      <w:r>
        <w:separator/>
      </w:r>
    </w:p>
  </w:footnote>
  <w:footnote w:type="continuationSeparator" w:id="0">
    <w:p w14:paraId="4FAD948A" w14:textId="77777777" w:rsidR="00DA0943" w:rsidRDefault="00DA0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1AAB" w14:textId="77777777" w:rsidR="00F83D6D" w:rsidRPr="002923FB" w:rsidRDefault="00DA0943">
    <w:pPr>
      <w:pStyle w:val="Intestazione"/>
      <w:jc w:val="right"/>
      <w:rPr>
        <w:lang w:val="it-IT"/>
      </w:rPr>
    </w:pPr>
    <w:r w:rsidRPr="002923FB">
      <w:rPr>
        <w:rFonts w:ascii="Calibri" w:hAnsi="Calibri"/>
        <w:b/>
        <w:color w:val="1F4E79"/>
        <w:sz w:val="15"/>
        <w:lang w:val="it-IT"/>
      </w:rPr>
      <w:t>UNIVERSITÀ DEGLI STUDI DI NAPOLI L’ORIENTALE  |  PROBEN PRIMA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243416029">
    <w:abstractNumId w:val="8"/>
  </w:num>
  <w:num w:numId="2" w16cid:durableId="1804347600">
    <w:abstractNumId w:val="6"/>
  </w:num>
  <w:num w:numId="3" w16cid:durableId="564024316">
    <w:abstractNumId w:val="5"/>
  </w:num>
  <w:num w:numId="4" w16cid:durableId="414740081">
    <w:abstractNumId w:val="4"/>
  </w:num>
  <w:num w:numId="5" w16cid:durableId="1097872970">
    <w:abstractNumId w:val="7"/>
  </w:num>
  <w:num w:numId="6" w16cid:durableId="2131515005">
    <w:abstractNumId w:val="3"/>
  </w:num>
  <w:num w:numId="7" w16cid:durableId="1129015708">
    <w:abstractNumId w:val="2"/>
  </w:num>
  <w:num w:numId="8" w16cid:durableId="2022193898">
    <w:abstractNumId w:val="1"/>
  </w:num>
  <w:num w:numId="9" w16cid:durableId="42063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7864"/>
    <w:rsid w:val="002923FB"/>
    <w:rsid w:val="0029639D"/>
    <w:rsid w:val="00312CB7"/>
    <w:rsid w:val="00326F90"/>
    <w:rsid w:val="00425616"/>
    <w:rsid w:val="00505691"/>
    <w:rsid w:val="005904B7"/>
    <w:rsid w:val="00686332"/>
    <w:rsid w:val="00866FA9"/>
    <w:rsid w:val="00AA1D8D"/>
    <w:rsid w:val="00AF1DF8"/>
    <w:rsid w:val="00B47730"/>
    <w:rsid w:val="00CB0664"/>
    <w:rsid w:val="00D251AA"/>
    <w:rsid w:val="00D91BCF"/>
    <w:rsid w:val="00DA0943"/>
    <w:rsid w:val="00DE7354"/>
    <w:rsid w:val="00E11AC6"/>
    <w:rsid w:val="00F83D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4DD1E2"/>
  <w14:defaultImageDpi w14:val="300"/>
  <w15:docId w15:val="{B7B31867-A9FA-47A6-A202-C1218BB9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30" w:line="269" w:lineRule="auto"/>
    </w:pPr>
    <w:rPr>
      <w:rFonts w:ascii="Arial" w:hAnsi="Arial"/>
      <w:color w:val="1F1F1F"/>
      <w:sz w:val="16"/>
    </w:rPr>
  </w:style>
  <w:style w:type="paragraph" w:styleId="Titolo1">
    <w:name w:val="heading 1"/>
    <w:basedOn w:val="Normale"/>
    <w:next w:val="Normale"/>
    <w:link w:val="Titolo1Carattere"/>
    <w:uiPriority w:val="9"/>
    <w:qFormat/>
    <w:rsid w:val="00FC693F"/>
    <w:pPr>
      <w:keepNext/>
      <w:keepLines/>
      <w:spacing w:before="240" w:after="120"/>
      <w:outlineLvl w:val="0"/>
    </w:pPr>
    <w:rPr>
      <w:rFonts w:asciiTheme="majorHAnsi" w:eastAsiaTheme="majorEastAsia" w:hAnsiTheme="majorHAnsi" w:cstheme="majorBidi"/>
      <w:b/>
      <w:bCs/>
      <w:color w:val="1F4E79"/>
      <w:sz w:val="28"/>
      <w:szCs w:val="28"/>
    </w:rPr>
  </w:style>
  <w:style w:type="paragraph" w:styleId="Titolo2">
    <w:name w:val="heading 2"/>
    <w:basedOn w:val="Normale"/>
    <w:next w:val="Normale"/>
    <w:link w:val="Titolo2Carattere"/>
    <w:uiPriority w:val="9"/>
    <w:unhideWhenUsed/>
    <w:qFormat/>
    <w:rsid w:val="00FC693F"/>
    <w:pPr>
      <w:keepNext/>
      <w:keepLines/>
      <w:spacing w:before="160" w:after="80"/>
      <w:outlineLvl w:val="1"/>
    </w:pPr>
    <w:rPr>
      <w:rFonts w:asciiTheme="majorHAnsi" w:eastAsiaTheme="majorEastAsia" w:hAnsiTheme="majorHAnsi" w:cstheme="majorBidi"/>
      <w:b/>
      <w:bCs/>
      <w:color w:val="1F4E79"/>
      <w:sz w:val="23"/>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
    <w:name w:val="Check"/>
    <w:pPr>
      <w:spacing w:after="80" w:line="269" w:lineRule="auto"/>
      <w:ind w:left="274" w:hanging="274"/>
    </w:pPr>
    <w:rPr>
      <w:rFonts w:ascii="Calibri" w:hAnsi="Calibri"/>
      <w:color w:val="1F1F1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1886</Words>
  <Characters>10755</Characters>
  <Application>Microsoft Office Word</Application>
  <DocSecurity>0</DocSecurity>
  <Lines>89</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Allegato A – Domanda di partecipazione PROBEN PRIMA</vt:lpstr>
      <vt:lpstr/>
    </vt:vector>
  </TitlesOfParts>
  <Manager/>
  <Company/>
  <LinksUpToDate>false</LinksUpToDate>
  <CharactersWithSpaces>12616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Domanda di partecipazione PROBEN PRIMA</dc:title>
  <dc:subject>Procedura comparativa per n. 19 incarichi di lavoro autonomo</dc:subject>
  <dc:creator>Università degli Studi di Napoli L’Orientale</dc:creator>
  <cp:keywords>PROBEN PRIMA; domanda di partecipazione; lavoro autonomo</cp:keywords>
  <dc:description>generated by python-docx</dc:description>
  <cp:lastModifiedBy>Nadia Colella</cp:lastModifiedBy>
  <cp:revision>6</cp:revision>
  <dcterms:created xsi:type="dcterms:W3CDTF">2026-07-26T22:43:00Z</dcterms:created>
  <dcterms:modified xsi:type="dcterms:W3CDTF">2026-07-27T01:00:00Z</dcterms:modified>
  <cp:category/>
</cp:coreProperties>
</file>