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D7218" w14:textId="3F5E9514" w:rsidR="00CA69E4" w:rsidRDefault="1885EC91">
      <w:pPr>
        <w:pStyle w:val="Titolo1"/>
        <w:rPr>
          <w:lang w:val="it-IT"/>
        </w:rPr>
      </w:pPr>
      <w:r w:rsidRPr="21730812">
        <w:rPr>
          <w:lang w:val="it-IT"/>
        </w:rPr>
        <w:t>ADESIONE PEACE SCHOOL MARIO PACIOLLA</w:t>
      </w:r>
      <w:r w:rsidR="0C1F053F" w:rsidRPr="21730812">
        <w:rPr>
          <w:lang w:val="it-IT"/>
        </w:rPr>
        <w:t xml:space="preserve"> II edizione</w:t>
      </w:r>
    </w:p>
    <w:p w14:paraId="67CF9DBD" w14:textId="77777777" w:rsidR="00522961" w:rsidRPr="00522961" w:rsidRDefault="00522961" w:rsidP="00522961">
      <w:pPr>
        <w:rPr>
          <w:lang w:val="it-IT"/>
        </w:rPr>
      </w:pPr>
    </w:p>
    <w:p w14:paraId="4EAEEB65" w14:textId="77777777" w:rsidR="00CA69E4" w:rsidRDefault="00000000">
      <w:pPr>
        <w:rPr>
          <w:lang w:val="it-IT"/>
        </w:rPr>
      </w:pPr>
      <w:r w:rsidRPr="00522961">
        <w:rPr>
          <w:lang w:val="it-IT"/>
        </w:rPr>
        <w:t>Nome: ________________________________________</w:t>
      </w:r>
    </w:p>
    <w:p w14:paraId="1CBC2437" w14:textId="45C9EFC9" w:rsidR="00AC2EBA" w:rsidRDefault="00AC2EBA">
      <w:pPr>
        <w:rPr>
          <w:lang w:val="it-IT"/>
        </w:rPr>
      </w:pPr>
      <w:r>
        <w:rPr>
          <w:lang w:val="it-IT"/>
        </w:rPr>
        <w:t>Cognome: ____________________________________</w:t>
      </w:r>
    </w:p>
    <w:p w14:paraId="0C2F2D62" w14:textId="35F6DBAB" w:rsidR="00AC2EBA" w:rsidRPr="00522961" w:rsidRDefault="00AC2EBA">
      <w:pPr>
        <w:rPr>
          <w:lang w:val="it-IT"/>
        </w:rPr>
      </w:pPr>
      <w:r>
        <w:rPr>
          <w:lang w:val="it-IT"/>
        </w:rPr>
        <w:t>Matricola: ____________________________________</w:t>
      </w:r>
    </w:p>
    <w:p w14:paraId="27895204" w14:textId="013C7F3A" w:rsidR="00CA69E4" w:rsidRPr="00522961" w:rsidRDefault="0D744AA4">
      <w:pPr>
        <w:rPr>
          <w:lang w:val="it-IT"/>
        </w:rPr>
      </w:pPr>
      <w:r w:rsidRPr="21730812">
        <w:rPr>
          <w:lang w:val="it-IT"/>
        </w:rPr>
        <w:t>E-mail</w:t>
      </w:r>
      <w:r w:rsidR="04D81903" w:rsidRPr="21730812">
        <w:rPr>
          <w:lang w:val="it-IT"/>
        </w:rPr>
        <w:t>: ________________________________________</w:t>
      </w:r>
    </w:p>
    <w:p w14:paraId="5A1C3280" w14:textId="77777777" w:rsidR="00CA69E4" w:rsidRDefault="00000000">
      <w:pPr>
        <w:rPr>
          <w:lang w:val="it-IT"/>
        </w:rPr>
      </w:pPr>
      <w:r w:rsidRPr="00522961">
        <w:rPr>
          <w:lang w:val="it-IT"/>
        </w:rPr>
        <w:t>Telefono: _____________________________________</w:t>
      </w:r>
    </w:p>
    <w:p w14:paraId="5CBFA2BD" w14:textId="77777777" w:rsidR="00522961" w:rsidRDefault="00522961">
      <w:pPr>
        <w:rPr>
          <w:lang w:val="it-IT"/>
        </w:rPr>
      </w:pPr>
    </w:p>
    <w:p w14:paraId="6D4AD819" w14:textId="47CB4916" w:rsidR="00522961" w:rsidRPr="00AC2EBA" w:rsidRDefault="00522961">
      <w:pPr>
        <w:rPr>
          <w:b/>
          <w:bCs/>
          <w:lang w:val="it-IT"/>
        </w:rPr>
      </w:pPr>
      <w:r w:rsidRPr="00AC2EBA">
        <w:rPr>
          <w:b/>
          <w:bCs/>
          <w:lang w:val="it-IT"/>
        </w:rPr>
        <w:t>ALLEGARE</w:t>
      </w:r>
    </w:p>
    <w:p w14:paraId="06CA4A8B" w14:textId="77777777" w:rsidR="00CA69E4" w:rsidRPr="00522961" w:rsidRDefault="00000000">
      <w:pPr>
        <w:pStyle w:val="Titolo2"/>
        <w:rPr>
          <w:lang w:val="it-IT"/>
        </w:rPr>
      </w:pPr>
      <w:r w:rsidRPr="00522961">
        <w:rPr>
          <w:lang w:val="it-IT"/>
        </w:rPr>
        <w:t>Breve CV</w:t>
      </w:r>
    </w:p>
    <w:p w14:paraId="5680E8DE" w14:textId="77777777" w:rsidR="00CA69E4" w:rsidRPr="00522961" w:rsidRDefault="00000000">
      <w:pPr>
        <w:pStyle w:val="Titolo2"/>
        <w:rPr>
          <w:lang w:val="it-IT"/>
        </w:rPr>
      </w:pPr>
      <w:r w:rsidRPr="00522961">
        <w:rPr>
          <w:lang w:val="it-IT"/>
        </w:rPr>
        <w:t>Lettera Motivazionale</w:t>
      </w:r>
    </w:p>
    <w:p w14:paraId="00F824EA" w14:textId="77777777" w:rsidR="00CA69E4" w:rsidRPr="00522961" w:rsidRDefault="00000000">
      <w:pPr>
        <w:pStyle w:val="Titolo2"/>
        <w:rPr>
          <w:lang w:val="it-IT"/>
        </w:rPr>
      </w:pPr>
      <w:r w:rsidRPr="00522961">
        <w:rPr>
          <w:lang w:val="it-IT"/>
        </w:rPr>
        <w:t>CFU</w:t>
      </w:r>
    </w:p>
    <w:p w14:paraId="4AACDE54" w14:textId="68C7E17F" w:rsidR="00CA69E4" w:rsidRPr="00522961" w:rsidRDefault="04D81903">
      <w:pPr>
        <w:rPr>
          <w:lang w:val="it-IT"/>
        </w:rPr>
      </w:pPr>
      <w:r w:rsidRPr="21730812">
        <w:rPr>
          <w:lang w:val="it-IT"/>
        </w:rPr>
        <w:t>☐ Richiesta 3 CFU</w:t>
      </w:r>
      <w:r w:rsidR="394FE5B3" w:rsidRPr="21730812">
        <w:rPr>
          <w:lang w:val="it-IT"/>
        </w:rPr>
        <w:t xml:space="preserve"> </w:t>
      </w:r>
      <w:r w:rsidR="004E11C9">
        <w:rPr>
          <w:lang w:val="it-IT"/>
        </w:rPr>
        <w:t xml:space="preserve">come AAF per </w:t>
      </w:r>
      <w:r w:rsidR="394FE5B3" w:rsidRPr="21730812">
        <w:rPr>
          <w:lang w:val="it-IT"/>
        </w:rPr>
        <w:t>MAA/MAAR</w:t>
      </w:r>
      <w:r w:rsidR="00000000" w:rsidRPr="00AC2EBA">
        <w:rPr>
          <w:lang w:val="it-IT"/>
        </w:rPr>
        <w:br/>
      </w:r>
      <w:r w:rsidRPr="21730812">
        <w:rPr>
          <w:lang w:val="it-IT"/>
        </w:rPr>
        <w:t>☐ Integrazione per tirocinio curriculare UNIOR (4/6 CFU)</w:t>
      </w:r>
      <w:r w:rsidR="41997D87" w:rsidRPr="21730812">
        <w:rPr>
          <w:lang w:val="it-IT"/>
        </w:rPr>
        <w:t xml:space="preserve"> con </w:t>
      </w:r>
      <w:r w:rsidR="00D259CA">
        <w:rPr>
          <w:lang w:val="it-IT"/>
        </w:rPr>
        <w:t xml:space="preserve">Associazione Culturale Cinema e Diritti per il </w:t>
      </w:r>
      <w:r w:rsidR="41997D87" w:rsidRPr="21730812">
        <w:rPr>
          <w:lang w:val="it-IT"/>
        </w:rPr>
        <w:t>Festival Cinema dei Diritti Umani di Napoli</w:t>
      </w:r>
    </w:p>
    <w:sectPr w:rsidR="00CA69E4" w:rsidRPr="00522961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4D8ED" w14:textId="77777777" w:rsidR="009F724E" w:rsidRDefault="009F724E" w:rsidP="00522961">
      <w:pPr>
        <w:spacing w:after="0" w:line="240" w:lineRule="auto"/>
      </w:pPr>
      <w:r>
        <w:separator/>
      </w:r>
    </w:p>
  </w:endnote>
  <w:endnote w:type="continuationSeparator" w:id="0">
    <w:p w14:paraId="6CBE1B94" w14:textId="77777777" w:rsidR="009F724E" w:rsidRDefault="009F724E" w:rsidP="00522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3198F" w14:textId="77777777" w:rsidR="009F724E" w:rsidRDefault="009F724E" w:rsidP="00522961">
      <w:pPr>
        <w:spacing w:after="0" w:line="240" w:lineRule="auto"/>
      </w:pPr>
      <w:r>
        <w:separator/>
      </w:r>
    </w:p>
  </w:footnote>
  <w:footnote w:type="continuationSeparator" w:id="0">
    <w:p w14:paraId="79DA049A" w14:textId="77777777" w:rsidR="009F724E" w:rsidRDefault="009F724E" w:rsidP="00522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40386" w14:textId="2BEF0FF1" w:rsidR="00522961" w:rsidRDefault="00522961">
    <w:pPr>
      <w:pStyle w:val="Intestazion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D436021" wp14:editId="19E05FD4">
          <wp:simplePos x="0" y="0"/>
          <wp:positionH relativeFrom="column">
            <wp:posOffset>5494866</wp:posOffset>
          </wp:positionH>
          <wp:positionV relativeFrom="paragraph">
            <wp:posOffset>-364066</wp:posOffset>
          </wp:positionV>
          <wp:extent cx="981434" cy="762241"/>
          <wp:effectExtent l="0" t="0" r="0" b="0"/>
          <wp:wrapNone/>
          <wp:docPr id="25" name="Image 25" descr="Immagine che contiene testo, poster, cartone animat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 descr="Immagine che contiene testo, poster, cartone animato&#10;&#10;Il contenuto generato dall'IA potrebbe non essere corret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81434" cy="7622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A63251C" wp14:editId="0D39C01B">
          <wp:simplePos x="0" y="0"/>
          <wp:positionH relativeFrom="column">
            <wp:posOffset>-931333</wp:posOffset>
          </wp:positionH>
          <wp:positionV relativeFrom="paragraph">
            <wp:posOffset>-304800</wp:posOffset>
          </wp:positionV>
          <wp:extent cx="1643108" cy="650349"/>
          <wp:effectExtent l="0" t="0" r="0" b="0"/>
          <wp:wrapNone/>
          <wp:docPr id="24" name="Image 24" descr="Immagine che contiene Carattere, logo, simbolo, test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 descr="Immagine che contiene Carattere, logo, simbolo, testo&#10;&#10;Il contenuto generato dall'IA potrebbe non essere corretto.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43108" cy="6503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8004379">
    <w:abstractNumId w:val="8"/>
  </w:num>
  <w:num w:numId="2" w16cid:durableId="116143957">
    <w:abstractNumId w:val="6"/>
  </w:num>
  <w:num w:numId="3" w16cid:durableId="546602528">
    <w:abstractNumId w:val="5"/>
  </w:num>
  <w:num w:numId="4" w16cid:durableId="303967610">
    <w:abstractNumId w:val="4"/>
  </w:num>
  <w:num w:numId="5" w16cid:durableId="1541823363">
    <w:abstractNumId w:val="7"/>
  </w:num>
  <w:num w:numId="6" w16cid:durableId="1013462079">
    <w:abstractNumId w:val="3"/>
  </w:num>
  <w:num w:numId="7" w16cid:durableId="852188549">
    <w:abstractNumId w:val="2"/>
  </w:num>
  <w:num w:numId="8" w16cid:durableId="547643368">
    <w:abstractNumId w:val="1"/>
  </w:num>
  <w:num w:numId="9" w16cid:durableId="1320186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E11C9"/>
    <w:rsid w:val="00522961"/>
    <w:rsid w:val="005359BA"/>
    <w:rsid w:val="00793B93"/>
    <w:rsid w:val="00796706"/>
    <w:rsid w:val="009F724E"/>
    <w:rsid w:val="00AA1D8D"/>
    <w:rsid w:val="00AC2EBA"/>
    <w:rsid w:val="00B47730"/>
    <w:rsid w:val="00CA69E4"/>
    <w:rsid w:val="00CB0664"/>
    <w:rsid w:val="00CE05B9"/>
    <w:rsid w:val="00D259CA"/>
    <w:rsid w:val="00E72C52"/>
    <w:rsid w:val="00FC693F"/>
    <w:rsid w:val="04D81903"/>
    <w:rsid w:val="0C1F053F"/>
    <w:rsid w:val="0D744AA4"/>
    <w:rsid w:val="16CC93D9"/>
    <w:rsid w:val="1885EC91"/>
    <w:rsid w:val="21730812"/>
    <w:rsid w:val="394FE5B3"/>
    <w:rsid w:val="41997D87"/>
    <w:rsid w:val="4E59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21D7FB"/>
  <w14:defaultImageDpi w14:val="300"/>
  <w15:docId w15:val="{B6595693-0423-6E46-B021-FDC6C067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447</Characters>
  <Application>Microsoft Office Word</Application>
  <DocSecurity>0</DocSecurity>
  <Lines>3</Lines>
  <Paragraphs>1</Paragraphs>
  <ScaleCrop>false</ScaleCrop>
  <Manager/>
  <Company/>
  <LinksUpToDate>false</LinksUpToDate>
  <CharactersWithSpaces>524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Emanuele Elefante</cp:lastModifiedBy>
  <cp:revision>8</cp:revision>
  <dcterms:created xsi:type="dcterms:W3CDTF">2013-12-23T23:15:00Z</dcterms:created>
  <dcterms:modified xsi:type="dcterms:W3CDTF">2026-09-15T06:51:00Z</dcterms:modified>
  <cp:category/>
</cp:coreProperties>
</file>